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DB199C" w14:textId="77777777" w:rsidR="00E847A3" w:rsidRDefault="00000000">
      <w:pPr>
        <w:spacing w:after="20"/>
      </w:pPr>
      <w:r>
        <w:rPr>
          <w:b/>
          <w:color w:val="0B2545"/>
          <w:sz w:val="32"/>
        </w:rPr>
        <w:t xml:space="preserve">HeatEx </w:t>
      </w:r>
      <w:r w:rsidRPr="008C29F2">
        <w:rPr>
          <w:b/>
          <w:color w:val="E36C0A" w:themeColor="accent6" w:themeShade="BF"/>
          <w:sz w:val="32"/>
        </w:rPr>
        <w:t>Direct</w:t>
      </w:r>
    </w:p>
    <w:p w14:paraId="343D839B" w14:textId="55173D58" w:rsidR="00E847A3" w:rsidRDefault="00000000" w:rsidP="009A6543">
      <w:pPr>
        <w:rPr>
          <w:rFonts w:hint="eastAsia"/>
        </w:rPr>
      </w:pPr>
      <w:proofErr w:type="spellStart"/>
      <w:r>
        <w:rPr>
          <w:b/>
          <w:color w:val="0B2545"/>
          <w:sz w:val="48"/>
        </w:rPr>
        <w:t>产品信息更新表</w:t>
      </w:r>
      <w:proofErr w:type="spellEnd"/>
    </w:p>
    <w:tbl>
      <w:tblPr>
        <w:tblW w:w="9360" w:type="dxa"/>
        <w:tblInd w:w="120" w:type="dxa"/>
        <w:tblBorders>
          <w:top w:val="single" w:sz="4" w:space="0" w:color="D7DBE2"/>
          <w:left w:val="single" w:sz="4" w:space="0" w:color="D7DBE2"/>
          <w:bottom w:val="single" w:sz="4" w:space="0" w:color="D7DBE2"/>
          <w:right w:val="single" w:sz="4" w:space="0" w:color="D7DBE2"/>
          <w:insideH w:val="single" w:sz="4" w:space="0" w:color="D7DBE2"/>
          <w:insideV w:val="single" w:sz="4" w:space="0" w:color="D7DBE2"/>
        </w:tblBorders>
        <w:tblLayout w:type="fixed"/>
        <w:tblLook w:val="04A0" w:firstRow="1" w:lastRow="0" w:firstColumn="1" w:lastColumn="0" w:noHBand="0" w:noVBand="1"/>
      </w:tblPr>
      <w:tblGrid>
        <w:gridCol w:w="2088"/>
        <w:gridCol w:w="7272"/>
      </w:tblGrid>
      <w:tr w:rsidR="00E847A3" w14:paraId="486010AD" w14:textId="77777777">
        <w:trPr>
          <w:tblHeader/>
        </w:trPr>
        <w:tc>
          <w:tcPr>
            <w:tcW w:w="2088" w:type="dxa"/>
            <w:shd w:val="clear" w:color="auto" w:fill="E8EEF5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6EEA501" w14:textId="77777777" w:rsidR="00E847A3" w:rsidRDefault="00000000">
            <w:pPr>
              <w:spacing w:after="0"/>
            </w:pPr>
            <w:proofErr w:type="spellStart"/>
            <w:r>
              <w:rPr>
                <w:b/>
                <w:color w:val="0B2545"/>
                <w:sz w:val="19"/>
              </w:rPr>
              <w:t>适用范围</w:t>
            </w:r>
            <w:proofErr w:type="spellEnd"/>
          </w:p>
        </w:tc>
        <w:tc>
          <w:tcPr>
            <w:tcW w:w="7272" w:type="dxa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C3CED14" w14:textId="77777777" w:rsidR="00E847A3" w:rsidRDefault="00000000">
            <w:pPr>
              <w:spacing w:after="0"/>
              <w:rPr>
                <w:lang w:eastAsia="zh-CN"/>
              </w:rPr>
            </w:pPr>
            <w:r>
              <w:rPr>
                <w:color w:val="000000"/>
                <w:sz w:val="19"/>
                <w:lang w:eastAsia="zh-CN"/>
              </w:rPr>
              <w:t>产品基础信息、产品优势、技术参数、详情内容、产品图片、产品证书、产品文档</w:t>
            </w:r>
          </w:p>
        </w:tc>
      </w:tr>
      <w:tr w:rsidR="00E847A3" w14:paraId="35594ABF" w14:textId="77777777">
        <w:tc>
          <w:tcPr>
            <w:tcW w:w="2088" w:type="dxa"/>
            <w:shd w:val="clear" w:color="auto" w:fill="E8EEF5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86C92CB" w14:textId="77777777" w:rsidR="00E847A3" w:rsidRDefault="00000000">
            <w:pPr>
              <w:spacing w:after="0"/>
            </w:pPr>
            <w:proofErr w:type="spellStart"/>
            <w:r>
              <w:rPr>
                <w:b/>
                <w:color w:val="0B2545"/>
                <w:sz w:val="19"/>
              </w:rPr>
              <w:t>语言要求</w:t>
            </w:r>
            <w:proofErr w:type="spellEnd"/>
          </w:p>
        </w:tc>
        <w:tc>
          <w:tcPr>
            <w:tcW w:w="7272" w:type="dxa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68483655" w14:textId="00CEFD6A" w:rsidR="00E847A3" w:rsidRDefault="009A6543">
            <w:pPr>
              <w:spacing w:after="0"/>
              <w:rPr>
                <w:lang w:eastAsia="zh-CN"/>
              </w:rPr>
            </w:pPr>
            <w:r>
              <w:rPr>
                <w:color w:val="000000"/>
                <w:sz w:val="19"/>
                <w:lang w:eastAsia="zh-CN"/>
              </w:rPr>
              <w:t>请尽量同时提供中文和英文。若只提供中文，网站发布时的英文翻译可能无法完全准确。</w:t>
            </w:r>
          </w:p>
        </w:tc>
      </w:tr>
      <w:tr w:rsidR="00E847A3" w14:paraId="6F671ECE" w14:textId="77777777">
        <w:tc>
          <w:tcPr>
            <w:tcW w:w="2088" w:type="dxa"/>
            <w:shd w:val="clear" w:color="auto" w:fill="E8EEF5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D95627F" w14:textId="77777777" w:rsidR="00E847A3" w:rsidRDefault="00000000">
            <w:pPr>
              <w:spacing w:after="0"/>
            </w:pPr>
            <w:proofErr w:type="spellStart"/>
            <w:r>
              <w:rPr>
                <w:b/>
                <w:color w:val="0B2545"/>
                <w:sz w:val="19"/>
              </w:rPr>
              <w:t>填写方式</w:t>
            </w:r>
            <w:proofErr w:type="spellEnd"/>
          </w:p>
        </w:tc>
        <w:tc>
          <w:tcPr>
            <w:tcW w:w="7272" w:type="dxa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6F06533" w14:textId="45742E9C" w:rsidR="00E847A3" w:rsidRDefault="009A6543">
            <w:pPr>
              <w:spacing w:after="0"/>
              <w:rPr>
                <w:lang w:eastAsia="zh-CN"/>
              </w:rPr>
            </w:pPr>
            <w:r>
              <w:rPr>
                <w:color w:val="000000"/>
                <w:sz w:val="19"/>
                <w:lang w:eastAsia="zh-CN"/>
              </w:rPr>
              <w:t>左侧为项目和要求，右侧</w:t>
            </w:r>
            <w:r>
              <w:rPr>
                <w:rFonts w:hint="eastAsia"/>
                <w:color w:val="000000"/>
                <w:sz w:val="19"/>
                <w:lang w:eastAsia="zh-CN"/>
              </w:rPr>
              <w:t>为</w:t>
            </w:r>
            <w:r>
              <w:rPr>
                <w:color w:val="000000"/>
                <w:sz w:val="19"/>
                <w:lang w:eastAsia="zh-CN"/>
              </w:rPr>
              <w:t>填写</w:t>
            </w:r>
            <w:r>
              <w:rPr>
                <w:rFonts w:hint="eastAsia"/>
                <w:color w:val="000000"/>
                <w:sz w:val="19"/>
                <w:lang w:eastAsia="zh-CN"/>
              </w:rPr>
              <w:t>区域</w:t>
            </w:r>
          </w:p>
        </w:tc>
      </w:tr>
    </w:tbl>
    <w:p w14:paraId="6215B766" w14:textId="77777777" w:rsidR="00E847A3" w:rsidRDefault="00E847A3">
      <w:pPr>
        <w:spacing w:after="200"/>
        <w:rPr>
          <w:lang w:eastAsia="zh-CN"/>
        </w:rPr>
      </w:pPr>
    </w:p>
    <w:tbl>
      <w:tblPr>
        <w:tblW w:w="9360" w:type="dxa"/>
        <w:tblInd w:w="120" w:type="dxa"/>
        <w:tblBorders>
          <w:top w:val="single" w:sz="4" w:space="0" w:color="D0D7E2"/>
          <w:left w:val="single" w:sz="4" w:space="0" w:color="D0D7E2"/>
          <w:bottom w:val="single" w:sz="4" w:space="0" w:color="D0D7E2"/>
          <w:right w:val="single" w:sz="4" w:space="0" w:color="D0D7E2"/>
          <w:insideH w:val="single" w:sz="4" w:space="0" w:color="D0D7E2"/>
          <w:insideV w:val="single" w:sz="4" w:space="0" w:color="D0D7E2"/>
        </w:tblBorders>
        <w:tblLayout w:type="fixed"/>
        <w:tblLook w:val="04A0" w:firstRow="1" w:lastRow="0" w:firstColumn="1" w:lastColumn="0" w:noHBand="0" w:noVBand="1"/>
      </w:tblPr>
      <w:tblGrid>
        <w:gridCol w:w="9360"/>
      </w:tblGrid>
      <w:tr w:rsidR="00E847A3" w14:paraId="37CD49C9" w14:textId="77777777">
        <w:trPr>
          <w:tblHeader/>
        </w:trPr>
        <w:tc>
          <w:tcPr>
            <w:tcW w:w="9360" w:type="dxa"/>
            <w:shd w:val="clear" w:color="auto" w:fill="F4F6F9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629B9EA" w14:textId="77777777" w:rsidR="00E847A3" w:rsidRDefault="00000000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1"/>
                <w:lang w:eastAsia="zh-CN"/>
              </w:rPr>
              <w:t>产品保留门槛</w:t>
            </w:r>
          </w:p>
          <w:p w14:paraId="39CE3B7F" w14:textId="2E42AB5A" w:rsidR="00E847A3" w:rsidRDefault="00000000">
            <w:pPr>
              <w:spacing w:after="0" w:line="276" w:lineRule="auto"/>
              <w:rPr>
                <w:lang w:eastAsia="zh-CN"/>
              </w:rPr>
            </w:pPr>
            <w:r>
              <w:rPr>
                <w:color w:val="000000"/>
                <w:sz w:val="19"/>
                <w:lang w:eastAsia="zh-CN"/>
              </w:rPr>
              <w:t>每个产品至少需要一段真实介绍，并至少提供产品优势、技术参数、详情说明或真实产品文档中的一</w:t>
            </w:r>
            <w:r w:rsidR="009A6543">
              <w:rPr>
                <w:rFonts w:hint="eastAsia"/>
                <w:color w:val="000000"/>
                <w:sz w:val="19"/>
                <w:lang w:eastAsia="zh-CN"/>
              </w:rPr>
              <w:t>项内容</w:t>
            </w:r>
            <w:r>
              <w:rPr>
                <w:color w:val="000000"/>
                <w:sz w:val="19"/>
                <w:lang w:eastAsia="zh-CN"/>
              </w:rPr>
              <w:t>。</w:t>
            </w:r>
          </w:p>
        </w:tc>
      </w:tr>
    </w:tbl>
    <w:p w14:paraId="599464E8" w14:textId="77777777" w:rsidR="00E847A3" w:rsidRDefault="00E847A3">
      <w:pPr>
        <w:spacing w:after="140"/>
        <w:rPr>
          <w:lang w:eastAsia="zh-CN"/>
        </w:rPr>
      </w:pPr>
    </w:p>
    <w:p w14:paraId="2CEFFDA9" w14:textId="77777777" w:rsidR="00E847A3" w:rsidRDefault="00000000">
      <w:pPr>
        <w:pStyle w:val="1"/>
      </w:pPr>
      <w:r>
        <w:t xml:space="preserve">1. </w:t>
      </w:r>
      <w:r>
        <w:t>产品基础信息</w:t>
      </w:r>
    </w:p>
    <w:tbl>
      <w:tblPr>
        <w:tblW w:w="9360" w:type="dxa"/>
        <w:tblInd w:w="120" w:type="dxa"/>
        <w:tblBorders>
          <w:top w:val="single" w:sz="4" w:space="0" w:color="B9C3D0"/>
          <w:left w:val="single" w:sz="4" w:space="0" w:color="B9C3D0"/>
          <w:bottom w:val="single" w:sz="4" w:space="0" w:color="B9C3D0"/>
          <w:right w:val="single" w:sz="4" w:space="0" w:color="B9C3D0"/>
          <w:insideH w:val="single" w:sz="4" w:space="0" w:color="B9C3D0"/>
          <w:insideV w:val="single" w:sz="4" w:space="0" w:color="B9C3D0"/>
        </w:tblBorders>
        <w:tblLayout w:type="fixed"/>
        <w:tblLook w:val="04A0" w:firstRow="1" w:lastRow="0" w:firstColumn="1" w:lastColumn="0" w:noHBand="0" w:noVBand="1"/>
      </w:tblPr>
      <w:tblGrid>
        <w:gridCol w:w="3672"/>
        <w:gridCol w:w="5688"/>
      </w:tblGrid>
      <w:tr w:rsidR="00E847A3" w14:paraId="2B7A6D6F" w14:textId="77777777">
        <w:trPr>
          <w:tblHeader/>
        </w:trPr>
        <w:tc>
          <w:tcPr>
            <w:tcW w:w="3672" w:type="dxa"/>
            <w:shd w:val="clear" w:color="auto" w:fill="E8EEF5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0DE30D05" w14:textId="77777777" w:rsidR="00E847A3" w:rsidRDefault="00000000">
            <w:pPr>
              <w:spacing w:after="0"/>
            </w:pPr>
            <w:r>
              <w:rPr>
                <w:b/>
                <w:color w:val="0B2545"/>
                <w:sz w:val="21"/>
              </w:rPr>
              <w:t>项目与填写要求</w:t>
            </w:r>
          </w:p>
        </w:tc>
        <w:tc>
          <w:tcPr>
            <w:tcW w:w="5688" w:type="dxa"/>
            <w:shd w:val="clear" w:color="auto" w:fill="E8EEF5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A773D60" w14:textId="6D545B84" w:rsidR="00E847A3" w:rsidRDefault="009A6543">
            <w:pPr>
              <w:spacing w:after="0"/>
            </w:pPr>
            <w:proofErr w:type="spellStart"/>
            <w:r>
              <w:rPr>
                <w:b/>
                <w:color w:val="0B2545"/>
                <w:sz w:val="21"/>
              </w:rPr>
              <w:t>填写</w:t>
            </w:r>
            <w:proofErr w:type="spellEnd"/>
            <w:r>
              <w:rPr>
                <w:rFonts w:hint="eastAsia"/>
                <w:b/>
                <w:color w:val="0B2545"/>
                <w:sz w:val="21"/>
                <w:lang w:eastAsia="zh-CN"/>
              </w:rPr>
              <w:t>区域</w:t>
            </w:r>
          </w:p>
        </w:tc>
      </w:tr>
      <w:tr w:rsidR="00E847A3" w14:paraId="4344A11B" w14:textId="77777777">
        <w:tc>
          <w:tcPr>
            <w:tcW w:w="3672" w:type="dxa"/>
          </w:tcPr>
          <w:p w14:paraId="12C501D6" w14:textId="2C42D18B" w:rsidR="00E847A3" w:rsidRDefault="00000000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t>所属公司名</w:t>
            </w:r>
          </w:p>
          <w:p w14:paraId="2AE41F4C" w14:textId="77777777" w:rsidR="00E847A3" w:rsidRDefault="00000000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t>必须与公司信息更新表中的公司英文目录名一致。</w:t>
            </w:r>
          </w:p>
        </w:tc>
        <w:tc>
          <w:tcPr>
            <w:tcW w:w="5688" w:type="dxa"/>
          </w:tcPr>
          <w:p w14:paraId="0C917510" w14:textId="77777777" w:rsidR="00E847A3" w:rsidRDefault="00E847A3">
            <w:pPr>
              <w:spacing w:after="0"/>
              <w:rPr>
                <w:lang w:eastAsia="zh-CN"/>
              </w:rPr>
            </w:pPr>
          </w:p>
        </w:tc>
      </w:tr>
      <w:tr w:rsidR="00E847A3" w14:paraId="326BFCBE" w14:textId="77777777">
        <w:tc>
          <w:tcPr>
            <w:tcW w:w="3672" w:type="dxa"/>
          </w:tcPr>
          <w:p w14:paraId="54094A12" w14:textId="77777777" w:rsidR="00E847A3" w:rsidRDefault="00000000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t>产品英文名称</w:t>
            </w:r>
          </w:p>
          <w:p w14:paraId="036B74C0" w14:textId="77777777" w:rsidR="00E847A3" w:rsidRDefault="00000000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t>使用官网、样本或产品资料中的正式名称。</w:t>
            </w:r>
          </w:p>
        </w:tc>
        <w:tc>
          <w:tcPr>
            <w:tcW w:w="5688" w:type="dxa"/>
          </w:tcPr>
          <w:p w14:paraId="4C6AA5EB" w14:textId="77777777" w:rsidR="00E847A3" w:rsidRDefault="00E847A3">
            <w:pPr>
              <w:spacing w:after="0"/>
              <w:rPr>
                <w:lang w:eastAsia="zh-CN"/>
              </w:rPr>
            </w:pPr>
          </w:p>
        </w:tc>
      </w:tr>
      <w:tr w:rsidR="00E847A3" w14:paraId="4D486CEC" w14:textId="77777777">
        <w:tc>
          <w:tcPr>
            <w:tcW w:w="3672" w:type="dxa"/>
          </w:tcPr>
          <w:p w14:paraId="73CBCCBA" w14:textId="77777777" w:rsidR="00E847A3" w:rsidRDefault="00000000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t>产品中文名称</w:t>
            </w:r>
          </w:p>
          <w:p w14:paraId="6C79F540" w14:textId="77777777" w:rsidR="00E847A3" w:rsidRDefault="00000000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t>使用官网、样本或产品资料中的正式名称；无中文名可留空。</w:t>
            </w:r>
          </w:p>
        </w:tc>
        <w:tc>
          <w:tcPr>
            <w:tcW w:w="5688" w:type="dxa"/>
          </w:tcPr>
          <w:p w14:paraId="1DC297DB" w14:textId="77777777" w:rsidR="00E847A3" w:rsidRDefault="00E847A3">
            <w:pPr>
              <w:spacing w:after="0"/>
              <w:rPr>
                <w:lang w:eastAsia="zh-CN"/>
              </w:rPr>
            </w:pPr>
          </w:p>
        </w:tc>
      </w:tr>
      <w:tr w:rsidR="00E847A3" w14:paraId="31FCD723" w14:textId="77777777">
        <w:tc>
          <w:tcPr>
            <w:tcW w:w="3672" w:type="dxa"/>
          </w:tcPr>
          <w:p w14:paraId="6E8774B2" w14:textId="77777777" w:rsidR="00E847A3" w:rsidRDefault="00000000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t>产品一句话英文简介</w:t>
            </w:r>
          </w:p>
          <w:p w14:paraId="5D94BE22" w14:textId="77777777" w:rsidR="00E847A3" w:rsidRDefault="00000000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t>建议</w:t>
            </w:r>
            <w:r>
              <w:rPr>
                <w:color w:val="555555"/>
                <w:sz w:val="17"/>
                <w:lang w:eastAsia="zh-CN"/>
              </w:rPr>
              <w:t xml:space="preserve"> 1 </w:t>
            </w:r>
            <w:r>
              <w:rPr>
                <w:color w:val="555555"/>
                <w:sz w:val="17"/>
                <w:lang w:eastAsia="zh-CN"/>
              </w:rPr>
              <w:t>句话，说明产品类型、主要应用或核心优势。请尽量提供英文原文。</w:t>
            </w:r>
          </w:p>
        </w:tc>
        <w:tc>
          <w:tcPr>
            <w:tcW w:w="5688" w:type="dxa"/>
          </w:tcPr>
          <w:p w14:paraId="2E4F06BA" w14:textId="77777777" w:rsidR="00E847A3" w:rsidRDefault="00E847A3">
            <w:pPr>
              <w:spacing w:after="200"/>
              <w:rPr>
                <w:lang w:eastAsia="zh-CN"/>
              </w:rPr>
            </w:pPr>
          </w:p>
          <w:p w14:paraId="28C1E863" w14:textId="77777777" w:rsidR="00E847A3" w:rsidRDefault="00E847A3">
            <w:pPr>
              <w:spacing w:after="200"/>
              <w:rPr>
                <w:lang w:eastAsia="zh-CN"/>
              </w:rPr>
            </w:pPr>
          </w:p>
        </w:tc>
      </w:tr>
      <w:tr w:rsidR="00E847A3" w14:paraId="5862B382" w14:textId="77777777">
        <w:tc>
          <w:tcPr>
            <w:tcW w:w="3672" w:type="dxa"/>
          </w:tcPr>
          <w:p w14:paraId="4BD623E5" w14:textId="77777777" w:rsidR="00E847A3" w:rsidRDefault="00000000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lastRenderedPageBreak/>
              <w:t>产品一句话中文简介</w:t>
            </w:r>
          </w:p>
          <w:p w14:paraId="712BDB49" w14:textId="77777777" w:rsidR="00E847A3" w:rsidRDefault="00000000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t>建议</w:t>
            </w:r>
            <w:r>
              <w:rPr>
                <w:color w:val="555555"/>
                <w:sz w:val="17"/>
                <w:lang w:eastAsia="zh-CN"/>
              </w:rPr>
              <w:t xml:space="preserve"> 1 </w:t>
            </w:r>
            <w:r>
              <w:rPr>
                <w:color w:val="555555"/>
                <w:sz w:val="17"/>
                <w:lang w:eastAsia="zh-CN"/>
              </w:rPr>
              <w:t>句话，与英文简介含义一致。</w:t>
            </w:r>
          </w:p>
        </w:tc>
        <w:tc>
          <w:tcPr>
            <w:tcW w:w="5688" w:type="dxa"/>
          </w:tcPr>
          <w:p w14:paraId="3A886A38" w14:textId="77777777" w:rsidR="00E847A3" w:rsidRDefault="00E847A3">
            <w:pPr>
              <w:spacing w:after="200"/>
              <w:rPr>
                <w:lang w:eastAsia="zh-CN"/>
              </w:rPr>
            </w:pPr>
          </w:p>
          <w:p w14:paraId="1E5FB2FF" w14:textId="77777777" w:rsidR="00E847A3" w:rsidRDefault="00E847A3">
            <w:pPr>
              <w:spacing w:after="200"/>
              <w:rPr>
                <w:lang w:eastAsia="zh-CN"/>
              </w:rPr>
            </w:pPr>
          </w:p>
        </w:tc>
      </w:tr>
      <w:tr w:rsidR="00E847A3" w14:paraId="12237FF5" w14:textId="77777777">
        <w:tc>
          <w:tcPr>
            <w:tcW w:w="3672" w:type="dxa"/>
          </w:tcPr>
          <w:p w14:paraId="5D8D5805" w14:textId="77777777" w:rsidR="00E847A3" w:rsidRDefault="00000000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t>产品英文详细介绍</w:t>
            </w:r>
          </w:p>
          <w:p w14:paraId="127690D6" w14:textId="77777777" w:rsidR="00E847A3" w:rsidRDefault="00000000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t>介绍产品结构、适用工况、行业应用、性能特点等。请尽量提供英文原文。</w:t>
            </w:r>
          </w:p>
        </w:tc>
        <w:tc>
          <w:tcPr>
            <w:tcW w:w="5688" w:type="dxa"/>
          </w:tcPr>
          <w:p w14:paraId="699F0D20" w14:textId="77777777" w:rsidR="00E847A3" w:rsidRDefault="00E847A3">
            <w:pPr>
              <w:spacing w:after="200"/>
              <w:rPr>
                <w:lang w:eastAsia="zh-CN"/>
              </w:rPr>
            </w:pPr>
          </w:p>
          <w:p w14:paraId="15C764FC" w14:textId="77777777" w:rsidR="00E847A3" w:rsidRDefault="00E847A3">
            <w:pPr>
              <w:spacing w:after="200"/>
              <w:rPr>
                <w:lang w:eastAsia="zh-CN"/>
              </w:rPr>
            </w:pPr>
          </w:p>
          <w:p w14:paraId="1D79E1A7" w14:textId="77777777" w:rsidR="00E847A3" w:rsidRDefault="00E847A3">
            <w:pPr>
              <w:spacing w:after="200"/>
              <w:rPr>
                <w:lang w:eastAsia="zh-CN"/>
              </w:rPr>
            </w:pPr>
          </w:p>
          <w:p w14:paraId="67D28FCB" w14:textId="77777777" w:rsidR="00E847A3" w:rsidRDefault="00E847A3">
            <w:pPr>
              <w:spacing w:after="200"/>
              <w:rPr>
                <w:lang w:eastAsia="zh-CN"/>
              </w:rPr>
            </w:pPr>
          </w:p>
          <w:p w14:paraId="13E34D91" w14:textId="77777777" w:rsidR="00E847A3" w:rsidRDefault="00E847A3">
            <w:pPr>
              <w:spacing w:after="200"/>
              <w:rPr>
                <w:lang w:eastAsia="zh-CN"/>
              </w:rPr>
            </w:pPr>
          </w:p>
        </w:tc>
      </w:tr>
      <w:tr w:rsidR="00E847A3" w14:paraId="519C4B70" w14:textId="77777777">
        <w:tc>
          <w:tcPr>
            <w:tcW w:w="3672" w:type="dxa"/>
          </w:tcPr>
          <w:p w14:paraId="76F08A08" w14:textId="77777777" w:rsidR="00E847A3" w:rsidRDefault="00000000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t>产品中文详细介绍</w:t>
            </w:r>
          </w:p>
          <w:p w14:paraId="04EC3F4F" w14:textId="77777777" w:rsidR="00E847A3" w:rsidRDefault="00000000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t>与英文内容一致。</w:t>
            </w:r>
          </w:p>
        </w:tc>
        <w:tc>
          <w:tcPr>
            <w:tcW w:w="5688" w:type="dxa"/>
          </w:tcPr>
          <w:p w14:paraId="76456A79" w14:textId="77777777" w:rsidR="00E847A3" w:rsidRDefault="00E847A3">
            <w:pPr>
              <w:spacing w:after="200"/>
              <w:rPr>
                <w:lang w:eastAsia="zh-CN"/>
              </w:rPr>
            </w:pPr>
          </w:p>
          <w:p w14:paraId="6012ADAC" w14:textId="77777777" w:rsidR="00E847A3" w:rsidRDefault="00E847A3">
            <w:pPr>
              <w:spacing w:after="200"/>
              <w:rPr>
                <w:lang w:eastAsia="zh-CN"/>
              </w:rPr>
            </w:pPr>
          </w:p>
          <w:p w14:paraId="479D9A4B" w14:textId="77777777" w:rsidR="00E847A3" w:rsidRDefault="00E847A3">
            <w:pPr>
              <w:spacing w:after="200"/>
              <w:rPr>
                <w:lang w:eastAsia="zh-CN"/>
              </w:rPr>
            </w:pPr>
          </w:p>
          <w:p w14:paraId="0434FDED" w14:textId="77777777" w:rsidR="00E847A3" w:rsidRDefault="00E847A3">
            <w:pPr>
              <w:spacing w:after="200"/>
              <w:rPr>
                <w:lang w:eastAsia="zh-CN"/>
              </w:rPr>
            </w:pPr>
          </w:p>
          <w:p w14:paraId="7FFE15EE" w14:textId="77777777" w:rsidR="00E847A3" w:rsidRDefault="00E847A3">
            <w:pPr>
              <w:spacing w:after="200"/>
              <w:rPr>
                <w:lang w:eastAsia="zh-CN"/>
              </w:rPr>
            </w:pPr>
          </w:p>
        </w:tc>
      </w:tr>
      <w:tr w:rsidR="00E847A3" w14:paraId="4D84E473" w14:textId="77777777">
        <w:tc>
          <w:tcPr>
            <w:tcW w:w="3672" w:type="dxa"/>
          </w:tcPr>
          <w:p w14:paraId="7406EAD1" w14:textId="77777777" w:rsidR="00E847A3" w:rsidRDefault="00000000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t>适用行业</w:t>
            </w:r>
          </w:p>
          <w:p w14:paraId="486B39AE" w14:textId="77777777" w:rsidR="00E847A3" w:rsidRDefault="00000000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t>从下方行业名称中选择，可多选。</w:t>
            </w:r>
          </w:p>
        </w:tc>
        <w:tc>
          <w:tcPr>
            <w:tcW w:w="5688" w:type="dxa"/>
          </w:tcPr>
          <w:p w14:paraId="54909576" w14:textId="77777777" w:rsidR="00E847A3" w:rsidRDefault="00E847A3">
            <w:pPr>
              <w:spacing w:after="200"/>
              <w:rPr>
                <w:lang w:eastAsia="zh-CN"/>
              </w:rPr>
            </w:pPr>
          </w:p>
          <w:p w14:paraId="49C2B41F" w14:textId="77777777" w:rsidR="00E847A3" w:rsidRDefault="00E847A3">
            <w:pPr>
              <w:spacing w:after="200"/>
              <w:rPr>
                <w:lang w:eastAsia="zh-CN"/>
              </w:rPr>
            </w:pPr>
          </w:p>
        </w:tc>
      </w:tr>
      <w:tr w:rsidR="00E847A3" w14:paraId="38C33171" w14:textId="77777777">
        <w:tc>
          <w:tcPr>
            <w:tcW w:w="3672" w:type="dxa"/>
          </w:tcPr>
          <w:p w14:paraId="7E3CEBC9" w14:textId="77777777" w:rsidR="00E847A3" w:rsidRDefault="00000000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t>产品视频链接</w:t>
            </w:r>
          </w:p>
          <w:p w14:paraId="022E8053" w14:textId="77777777" w:rsidR="00E847A3" w:rsidRDefault="00000000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t>如有产品视频请填写完整网址；无则留空。</w:t>
            </w:r>
          </w:p>
        </w:tc>
        <w:tc>
          <w:tcPr>
            <w:tcW w:w="5688" w:type="dxa"/>
          </w:tcPr>
          <w:p w14:paraId="4CFD9ED5" w14:textId="77777777" w:rsidR="00E847A3" w:rsidRDefault="00E847A3">
            <w:pPr>
              <w:spacing w:after="0"/>
              <w:rPr>
                <w:lang w:eastAsia="zh-CN"/>
              </w:rPr>
            </w:pPr>
          </w:p>
        </w:tc>
      </w:tr>
    </w:tbl>
    <w:p w14:paraId="334C8149" w14:textId="77777777" w:rsidR="00E847A3" w:rsidRDefault="00E847A3">
      <w:pPr>
        <w:spacing w:after="140"/>
        <w:rPr>
          <w:lang w:eastAsia="zh-CN"/>
        </w:rPr>
      </w:pPr>
    </w:p>
    <w:p w14:paraId="1908A111" w14:textId="77777777" w:rsidR="00E847A3" w:rsidRDefault="00000000">
      <w:pPr>
        <w:pStyle w:val="1"/>
      </w:pPr>
      <w:r>
        <w:t xml:space="preserve">2. </w:t>
      </w:r>
      <w:r>
        <w:t>产品内容信息</w:t>
      </w:r>
    </w:p>
    <w:tbl>
      <w:tblPr>
        <w:tblW w:w="9360" w:type="dxa"/>
        <w:tblInd w:w="120" w:type="dxa"/>
        <w:tblBorders>
          <w:top w:val="single" w:sz="4" w:space="0" w:color="B9C3D0"/>
          <w:left w:val="single" w:sz="4" w:space="0" w:color="B9C3D0"/>
          <w:bottom w:val="single" w:sz="4" w:space="0" w:color="B9C3D0"/>
          <w:right w:val="single" w:sz="4" w:space="0" w:color="B9C3D0"/>
          <w:insideH w:val="single" w:sz="4" w:space="0" w:color="B9C3D0"/>
          <w:insideV w:val="single" w:sz="4" w:space="0" w:color="B9C3D0"/>
        </w:tblBorders>
        <w:tblLayout w:type="fixed"/>
        <w:tblLook w:val="04A0" w:firstRow="1" w:lastRow="0" w:firstColumn="1" w:lastColumn="0" w:noHBand="0" w:noVBand="1"/>
      </w:tblPr>
      <w:tblGrid>
        <w:gridCol w:w="3672"/>
        <w:gridCol w:w="5688"/>
      </w:tblGrid>
      <w:tr w:rsidR="00E847A3" w14:paraId="41E20F71" w14:textId="77777777">
        <w:trPr>
          <w:tblHeader/>
        </w:trPr>
        <w:tc>
          <w:tcPr>
            <w:tcW w:w="3672" w:type="dxa"/>
            <w:shd w:val="clear" w:color="auto" w:fill="E8EEF5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B17D0F4" w14:textId="77777777" w:rsidR="00E847A3" w:rsidRDefault="00000000">
            <w:pPr>
              <w:spacing w:after="0"/>
            </w:pPr>
            <w:r>
              <w:rPr>
                <w:b/>
                <w:color w:val="0B2545"/>
                <w:sz w:val="21"/>
              </w:rPr>
              <w:t>项目与填写要求</w:t>
            </w:r>
          </w:p>
        </w:tc>
        <w:tc>
          <w:tcPr>
            <w:tcW w:w="5688" w:type="dxa"/>
            <w:shd w:val="clear" w:color="auto" w:fill="E8EEF5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5BB8214B" w14:textId="77777777" w:rsidR="00E847A3" w:rsidRDefault="00000000">
            <w:pPr>
              <w:spacing w:after="0"/>
            </w:pPr>
            <w:r>
              <w:rPr>
                <w:b/>
                <w:color w:val="0B2545"/>
                <w:sz w:val="21"/>
              </w:rPr>
              <w:t>生产商填写</w:t>
            </w:r>
          </w:p>
        </w:tc>
      </w:tr>
      <w:tr w:rsidR="00E847A3" w14:paraId="39AB6DAF" w14:textId="77777777">
        <w:tc>
          <w:tcPr>
            <w:tcW w:w="3672" w:type="dxa"/>
          </w:tcPr>
          <w:p w14:paraId="187729AF" w14:textId="77777777" w:rsidR="00E847A3" w:rsidRDefault="00000000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t>产品优势（中英文）</w:t>
            </w:r>
          </w:p>
          <w:p w14:paraId="2E86EAED" w14:textId="77777777" w:rsidR="00E847A3" w:rsidRDefault="00000000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t>逐条填写真实优势，例如高效传热、耐压、易维护、材料选择、模块化等。建议每条同时提供中文和英文。</w:t>
            </w:r>
          </w:p>
        </w:tc>
        <w:tc>
          <w:tcPr>
            <w:tcW w:w="5688" w:type="dxa"/>
          </w:tcPr>
          <w:p w14:paraId="08EF6376" w14:textId="77777777" w:rsidR="00E847A3" w:rsidRDefault="00E847A3">
            <w:pPr>
              <w:spacing w:after="200"/>
              <w:rPr>
                <w:lang w:eastAsia="zh-CN"/>
              </w:rPr>
            </w:pPr>
          </w:p>
          <w:p w14:paraId="62C765C7" w14:textId="77777777" w:rsidR="00E847A3" w:rsidRDefault="00E847A3">
            <w:pPr>
              <w:spacing w:after="200"/>
              <w:rPr>
                <w:lang w:eastAsia="zh-CN"/>
              </w:rPr>
            </w:pPr>
          </w:p>
          <w:p w14:paraId="1698812D" w14:textId="77777777" w:rsidR="00E847A3" w:rsidRDefault="00E847A3">
            <w:pPr>
              <w:spacing w:after="200"/>
              <w:rPr>
                <w:lang w:eastAsia="zh-CN"/>
              </w:rPr>
            </w:pPr>
          </w:p>
          <w:p w14:paraId="73A054D1" w14:textId="77777777" w:rsidR="00E847A3" w:rsidRDefault="00E847A3">
            <w:pPr>
              <w:spacing w:after="200"/>
              <w:rPr>
                <w:lang w:eastAsia="zh-CN"/>
              </w:rPr>
            </w:pPr>
          </w:p>
          <w:p w14:paraId="68E2BBFA" w14:textId="77777777" w:rsidR="00E847A3" w:rsidRDefault="00E847A3">
            <w:pPr>
              <w:spacing w:after="200"/>
              <w:rPr>
                <w:lang w:eastAsia="zh-CN"/>
              </w:rPr>
            </w:pPr>
          </w:p>
          <w:p w14:paraId="5D524EF1" w14:textId="77777777" w:rsidR="00E847A3" w:rsidRDefault="00E847A3">
            <w:pPr>
              <w:spacing w:after="200"/>
              <w:rPr>
                <w:lang w:eastAsia="zh-CN"/>
              </w:rPr>
            </w:pPr>
          </w:p>
        </w:tc>
      </w:tr>
      <w:tr w:rsidR="00E847A3" w14:paraId="160B76A5" w14:textId="77777777">
        <w:tc>
          <w:tcPr>
            <w:tcW w:w="3672" w:type="dxa"/>
          </w:tcPr>
          <w:p w14:paraId="009BAF44" w14:textId="77777777" w:rsidR="00E847A3" w:rsidRDefault="00000000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lastRenderedPageBreak/>
              <w:t>技术参数（中英文）</w:t>
            </w:r>
          </w:p>
          <w:p w14:paraId="6F9F6B43" w14:textId="77777777" w:rsidR="00E847A3" w:rsidRDefault="00000000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t>每行填写一个参数：参数名称、数值或范围、单位、备注。参数名称建议同时提供中英文；不要填写无法核实的参数。</w:t>
            </w:r>
          </w:p>
        </w:tc>
        <w:tc>
          <w:tcPr>
            <w:tcW w:w="5688" w:type="dxa"/>
          </w:tcPr>
          <w:p w14:paraId="51E2E5F2" w14:textId="77777777" w:rsidR="00E847A3" w:rsidRDefault="00E847A3">
            <w:pPr>
              <w:spacing w:after="200"/>
              <w:rPr>
                <w:lang w:eastAsia="zh-CN"/>
              </w:rPr>
            </w:pPr>
          </w:p>
          <w:p w14:paraId="089C5CFE" w14:textId="77777777" w:rsidR="00E847A3" w:rsidRDefault="00E847A3">
            <w:pPr>
              <w:spacing w:after="200"/>
              <w:rPr>
                <w:lang w:eastAsia="zh-CN"/>
              </w:rPr>
            </w:pPr>
          </w:p>
          <w:p w14:paraId="71A83B36" w14:textId="77777777" w:rsidR="00E847A3" w:rsidRDefault="00E847A3">
            <w:pPr>
              <w:spacing w:after="200"/>
              <w:rPr>
                <w:lang w:eastAsia="zh-CN"/>
              </w:rPr>
            </w:pPr>
          </w:p>
          <w:p w14:paraId="5DF476A2" w14:textId="77777777" w:rsidR="00E847A3" w:rsidRDefault="00E847A3">
            <w:pPr>
              <w:spacing w:after="200"/>
              <w:rPr>
                <w:lang w:eastAsia="zh-CN"/>
              </w:rPr>
            </w:pPr>
          </w:p>
          <w:p w14:paraId="067813F9" w14:textId="77777777" w:rsidR="00E847A3" w:rsidRDefault="00E847A3">
            <w:pPr>
              <w:spacing w:after="200"/>
              <w:rPr>
                <w:lang w:eastAsia="zh-CN"/>
              </w:rPr>
            </w:pPr>
          </w:p>
          <w:p w14:paraId="47A2F93E" w14:textId="77777777" w:rsidR="00E847A3" w:rsidRDefault="00E847A3">
            <w:pPr>
              <w:spacing w:after="200"/>
              <w:rPr>
                <w:lang w:eastAsia="zh-CN"/>
              </w:rPr>
            </w:pPr>
          </w:p>
          <w:p w14:paraId="5240ABCB" w14:textId="77777777" w:rsidR="00E847A3" w:rsidRDefault="00E847A3">
            <w:pPr>
              <w:spacing w:after="200"/>
              <w:rPr>
                <w:lang w:eastAsia="zh-CN"/>
              </w:rPr>
            </w:pPr>
          </w:p>
        </w:tc>
      </w:tr>
      <w:tr w:rsidR="00E847A3" w14:paraId="1230B8EB" w14:textId="77777777">
        <w:tc>
          <w:tcPr>
            <w:tcW w:w="3672" w:type="dxa"/>
          </w:tcPr>
          <w:p w14:paraId="50D360FF" w14:textId="77777777" w:rsidR="00E847A3" w:rsidRDefault="00000000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t>产品详情说明（中英文）</w:t>
            </w:r>
          </w:p>
          <w:p w14:paraId="583CF44C" w14:textId="77777777" w:rsidR="00E847A3" w:rsidRDefault="00000000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t>可填写问答、结构说明、工作原理、制造方式、应用场景等；建议每条包含标题和内容，并同时提供中英文。</w:t>
            </w:r>
          </w:p>
        </w:tc>
        <w:tc>
          <w:tcPr>
            <w:tcW w:w="5688" w:type="dxa"/>
          </w:tcPr>
          <w:p w14:paraId="3574E366" w14:textId="77777777" w:rsidR="00E847A3" w:rsidRDefault="00E847A3">
            <w:pPr>
              <w:spacing w:after="200"/>
              <w:rPr>
                <w:lang w:eastAsia="zh-CN"/>
              </w:rPr>
            </w:pPr>
          </w:p>
          <w:p w14:paraId="60448716" w14:textId="77777777" w:rsidR="00E847A3" w:rsidRDefault="00E847A3">
            <w:pPr>
              <w:spacing w:after="200"/>
              <w:rPr>
                <w:lang w:eastAsia="zh-CN"/>
              </w:rPr>
            </w:pPr>
          </w:p>
          <w:p w14:paraId="3FFF3853" w14:textId="77777777" w:rsidR="00E847A3" w:rsidRDefault="00E847A3">
            <w:pPr>
              <w:spacing w:after="200"/>
              <w:rPr>
                <w:lang w:eastAsia="zh-CN"/>
              </w:rPr>
            </w:pPr>
          </w:p>
          <w:p w14:paraId="3D20A01E" w14:textId="77777777" w:rsidR="00E847A3" w:rsidRDefault="00E847A3">
            <w:pPr>
              <w:spacing w:after="200"/>
              <w:rPr>
                <w:lang w:eastAsia="zh-CN"/>
              </w:rPr>
            </w:pPr>
          </w:p>
          <w:p w14:paraId="27AB822E" w14:textId="77777777" w:rsidR="00E847A3" w:rsidRDefault="00E847A3">
            <w:pPr>
              <w:spacing w:after="200"/>
              <w:rPr>
                <w:lang w:eastAsia="zh-CN"/>
              </w:rPr>
            </w:pPr>
          </w:p>
          <w:p w14:paraId="79ADEC09" w14:textId="77777777" w:rsidR="00E847A3" w:rsidRDefault="00E847A3">
            <w:pPr>
              <w:spacing w:after="200"/>
              <w:rPr>
                <w:lang w:eastAsia="zh-CN"/>
              </w:rPr>
            </w:pPr>
          </w:p>
          <w:p w14:paraId="2045007F" w14:textId="77777777" w:rsidR="00E847A3" w:rsidRDefault="00E847A3">
            <w:pPr>
              <w:spacing w:after="200"/>
              <w:rPr>
                <w:lang w:eastAsia="zh-CN"/>
              </w:rPr>
            </w:pPr>
          </w:p>
        </w:tc>
      </w:tr>
    </w:tbl>
    <w:p w14:paraId="7CC56DEE" w14:textId="77777777" w:rsidR="00E847A3" w:rsidRDefault="00E847A3">
      <w:pPr>
        <w:spacing w:after="140"/>
        <w:rPr>
          <w:lang w:eastAsia="zh-CN"/>
        </w:rPr>
      </w:pPr>
    </w:p>
    <w:p w14:paraId="0367B3F0" w14:textId="77777777" w:rsidR="00C1755B" w:rsidRDefault="00C1755B">
      <w:pPr>
        <w:spacing w:after="140"/>
        <w:rPr>
          <w:lang w:eastAsia="zh-CN"/>
        </w:rPr>
      </w:pPr>
    </w:p>
    <w:p w14:paraId="3D173E6B" w14:textId="77777777" w:rsidR="00E847A3" w:rsidRDefault="00000000">
      <w:pPr>
        <w:pStyle w:val="1"/>
      </w:pPr>
      <w:r>
        <w:lastRenderedPageBreak/>
        <w:t xml:space="preserve">3. </w:t>
      </w:r>
      <w:r>
        <w:t>行业选项</w:t>
      </w:r>
    </w:p>
    <w:tbl>
      <w:tblPr>
        <w:tblW w:w="9360" w:type="dxa"/>
        <w:tblInd w:w="120" w:type="dxa"/>
        <w:tblBorders>
          <w:top w:val="single" w:sz="4" w:space="0" w:color="9AA7B7"/>
          <w:left w:val="single" w:sz="4" w:space="0" w:color="9AA7B7"/>
          <w:bottom w:val="single" w:sz="4" w:space="0" w:color="9AA7B7"/>
          <w:right w:val="single" w:sz="4" w:space="0" w:color="9AA7B7"/>
          <w:insideH w:val="single" w:sz="4" w:space="0" w:color="9AA7B7"/>
          <w:insideV w:val="single" w:sz="4" w:space="0" w:color="9AA7B7"/>
        </w:tblBorders>
        <w:tblLayout w:type="fixed"/>
        <w:tblLook w:val="04A0" w:firstRow="1" w:lastRow="0" w:firstColumn="1" w:lastColumn="0" w:noHBand="0" w:noVBand="1"/>
      </w:tblPr>
      <w:tblGrid>
        <w:gridCol w:w="936"/>
        <w:gridCol w:w="3816"/>
        <w:gridCol w:w="4608"/>
      </w:tblGrid>
      <w:tr w:rsidR="00E847A3" w14:paraId="4A1D5EDC" w14:textId="77777777">
        <w:trPr>
          <w:tblHeader/>
        </w:trPr>
        <w:tc>
          <w:tcPr>
            <w:tcW w:w="936" w:type="dxa"/>
            <w:shd w:val="clear" w:color="auto" w:fill="E8EEF5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3FC26B8F" w14:textId="77777777" w:rsidR="00E847A3" w:rsidRDefault="00000000">
            <w:pPr>
              <w:spacing w:after="0"/>
            </w:pPr>
            <w:r>
              <w:rPr>
                <w:b/>
                <w:color w:val="0B2545"/>
                <w:sz w:val="21"/>
              </w:rPr>
              <w:t>编号</w:t>
            </w:r>
          </w:p>
        </w:tc>
        <w:tc>
          <w:tcPr>
            <w:tcW w:w="3816" w:type="dxa"/>
            <w:shd w:val="clear" w:color="auto" w:fill="E8EEF5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20A51AE0" w14:textId="77777777" w:rsidR="00E847A3" w:rsidRDefault="00000000">
            <w:pPr>
              <w:spacing w:after="0"/>
            </w:pPr>
            <w:r>
              <w:rPr>
                <w:b/>
                <w:color w:val="0B2545"/>
                <w:sz w:val="21"/>
              </w:rPr>
              <w:t>英文名称</w:t>
            </w:r>
          </w:p>
        </w:tc>
        <w:tc>
          <w:tcPr>
            <w:tcW w:w="4608" w:type="dxa"/>
            <w:shd w:val="clear" w:color="auto" w:fill="E8EEF5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904D99D" w14:textId="77777777" w:rsidR="00E847A3" w:rsidRDefault="00000000">
            <w:pPr>
              <w:spacing w:after="0"/>
            </w:pPr>
            <w:r>
              <w:rPr>
                <w:b/>
                <w:color w:val="0B2545"/>
                <w:sz w:val="21"/>
              </w:rPr>
              <w:t>中文名称</w:t>
            </w:r>
          </w:p>
        </w:tc>
      </w:tr>
      <w:tr w:rsidR="00E847A3" w14:paraId="3F1F39D2" w14:textId="77777777">
        <w:tc>
          <w:tcPr>
            <w:tcW w:w="936" w:type="dxa"/>
          </w:tcPr>
          <w:p w14:paraId="63CCFD74" w14:textId="77777777" w:rsidR="00E847A3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1</w:t>
            </w:r>
          </w:p>
        </w:tc>
        <w:tc>
          <w:tcPr>
            <w:tcW w:w="3816" w:type="dxa"/>
          </w:tcPr>
          <w:p w14:paraId="4A243BAF" w14:textId="77777777" w:rsidR="00E847A3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HVAC</w:t>
            </w:r>
          </w:p>
        </w:tc>
        <w:tc>
          <w:tcPr>
            <w:tcW w:w="4608" w:type="dxa"/>
          </w:tcPr>
          <w:p w14:paraId="6B127BAB" w14:textId="77777777" w:rsidR="00E847A3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暖通空调</w:t>
            </w:r>
          </w:p>
        </w:tc>
      </w:tr>
      <w:tr w:rsidR="00E847A3" w14:paraId="2F5D038F" w14:textId="77777777">
        <w:tc>
          <w:tcPr>
            <w:tcW w:w="936" w:type="dxa"/>
          </w:tcPr>
          <w:p w14:paraId="2BF9F9F1" w14:textId="77777777" w:rsidR="00E847A3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2</w:t>
            </w:r>
          </w:p>
        </w:tc>
        <w:tc>
          <w:tcPr>
            <w:tcW w:w="3816" w:type="dxa"/>
          </w:tcPr>
          <w:p w14:paraId="2FF6656C" w14:textId="77777777" w:rsidR="00E847A3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Petrochemical</w:t>
            </w:r>
          </w:p>
        </w:tc>
        <w:tc>
          <w:tcPr>
            <w:tcW w:w="4608" w:type="dxa"/>
          </w:tcPr>
          <w:p w14:paraId="1A9DB608" w14:textId="77777777" w:rsidR="00E847A3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石油化工</w:t>
            </w:r>
          </w:p>
        </w:tc>
      </w:tr>
      <w:tr w:rsidR="00E847A3" w14:paraId="5C5F0FA5" w14:textId="77777777">
        <w:tc>
          <w:tcPr>
            <w:tcW w:w="936" w:type="dxa"/>
          </w:tcPr>
          <w:p w14:paraId="1E5E56B3" w14:textId="77777777" w:rsidR="00E847A3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3</w:t>
            </w:r>
          </w:p>
        </w:tc>
        <w:tc>
          <w:tcPr>
            <w:tcW w:w="3816" w:type="dxa"/>
          </w:tcPr>
          <w:p w14:paraId="2430CB06" w14:textId="77777777" w:rsidR="00E847A3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Marine</w:t>
            </w:r>
          </w:p>
        </w:tc>
        <w:tc>
          <w:tcPr>
            <w:tcW w:w="4608" w:type="dxa"/>
          </w:tcPr>
          <w:p w14:paraId="7EE96F48" w14:textId="77777777" w:rsidR="00E847A3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船舶</w:t>
            </w:r>
            <w:r>
              <w:rPr>
                <w:color w:val="000000"/>
                <w:sz w:val="19"/>
              </w:rPr>
              <w:t>/</w:t>
            </w:r>
            <w:r>
              <w:rPr>
                <w:color w:val="000000"/>
                <w:sz w:val="19"/>
              </w:rPr>
              <w:t>海工</w:t>
            </w:r>
          </w:p>
        </w:tc>
      </w:tr>
      <w:tr w:rsidR="00E847A3" w14:paraId="0B51565C" w14:textId="77777777">
        <w:tc>
          <w:tcPr>
            <w:tcW w:w="936" w:type="dxa"/>
          </w:tcPr>
          <w:p w14:paraId="45E81BC3" w14:textId="77777777" w:rsidR="00E847A3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4</w:t>
            </w:r>
          </w:p>
        </w:tc>
        <w:tc>
          <w:tcPr>
            <w:tcW w:w="3816" w:type="dxa"/>
          </w:tcPr>
          <w:p w14:paraId="747DD41D" w14:textId="77777777" w:rsidR="00E847A3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Energy</w:t>
            </w:r>
          </w:p>
        </w:tc>
        <w:tc>
          <w:tcPr>
            <w:tcW w:w="4608" w:type="dxa"/>
          </w:tcPr>
          <w:p w14:paraId="1A3F594B" w14:textId="77777777" w:rsidR="00E847A3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能源</w:t>
            </w:r>
          </w:p>
        </w:tc>
      </w:tr>
      <w:tr w:rsidR="00E847A3" w14:paraId="3BD66DCD" w14:textId="77777777">
        <w:tc>
          <w:tcPr>
            <w:tcW w:w="936" w:type="dxa"/>
          </w:tcPr>
          <w:p w14:paraId="4A6ABF2B" w14:textId="77777777" w:rsidR="00E847A3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5</w:t>
            </w:r>
          </w:p>
        </w:tc>
        <w:tc>
          <w:tcPr>
            <w:tcW w:w="3816" w:type="dxa"/>
          </w:tcPr>
          <w:p w14:paraId="7C34B3DA" w14:textId="77777777" w:rsidR="00E847A3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Food Processing</w:t>
            </w:r>
          </w:p>
        </w:tc>
        <w:tc>
          <w:tcPr>
            <w:tcW w:w="4608" w:type="dxa"/>
          </w:tcPr>
          <w:p w14:paraId="0CE4AD3B" w14:textId="77777777" w:rsidR="00E847A3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食品加工</w:t>
            </w:r>
          </w:p>
        </w:tc>
      </w:tr>
      <w:tr w:rsidR="00E847A3" w14:paraId="711DABA0" w14:textId="77777777">
        <w:tc>
          <w:tcPr>
            <w:tcW w:w="936" w:type="dxa"/>
          </w:tcPr>
          <w:p w14:paraId="2C3F223F" w14:textId="77777777" w:rsidR="00E847A3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6</w:t>
            </w:r>
          </w:p>
        </w:tc>
        <w:tc>
          <w:tcPr>
            <w:tcW w:w="3816" w:type="dxa"/>
          </w:tcPr>
          <w:p w14:paraId="0D119D63" w14:textId="77777777" w:rsidR="00E847A3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Chemical Processing</w:t>
            </w:r>
          </w:p>
        </w:tc>
        <w:tc>
          <w:tcPr>
            <w:tcW w:w="4608" w:type="dxa"/>
          </w:tcPr>
          <w:p w14:paraId="77CF91EA" w14:textId="77777777" w:rsidR="00E847A3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化工</w:t>
            </w:r>
          </w:p>
        </w:tc>
      </w:tr>
      <w:tr w:rsidR="00E847A3" w14:paraId="68A6695D" w14:textId="77777777">
        <w:tc>
          <w:tcPr>
            <w:tcW w:w="936" w:type="dxa"/>
          </w:tcPr>
          <w:p w14:paraId="1A4E0F70" w14:textId="77777777" w:rsidR="00E847A3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7</w:t>
            </w:r>
          </w:p>
        </w:tc>
        <w:tc>
          <w:tcPr>
            <w:tcW w:w="3816" w:type="dxa"/>
          </w:tcPr>
          <w:p w14:paraId="3FB30E55" w14:textId="77777777" w:rsidR="00E847A3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Food and Beverage</w:t>
            </w:r>
          </w:p>
        </w:tc>
        <w:tc>
          <w:tcPr>
            <w:tcW w:w="4608" w:type="dxa"/>
          </w:tcPr>
          <w:p w14:paraId="5339BA21" w14:textId="77777777" w:rsidR="00E847A3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食品饮料</w:t>
            </w:r>
          </w:p>
        </w:tc>
      </w:tr>
      <w:tr w:rsidR="00E847A3" w14:paraId="0128C39B" w14:textId="77777777">
        <w:tc>
          <w:tcPr>
            <w:tcW w:w="936" w:type="dxa"/>
          </w:tcPr>
          <w:p w14:paraId="53250BC5" w14:textId="77777777" w:rsidR="00E847A3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8</w:t>
            </w:r>
          </w:p>
        </w:tc>
        <w:tc>
          <w:tcPr>
            <w:tcW w:w="3816" w:type="dxa"/>
          </w:tcPr>
          <w:p w14:paraId="4F416F7D" w14:textId="77777777" w:rsidR="00E847A3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Pharmaceuticals</w:t>
            </w:r>
          </w:p>
        </w:tc>
        <w:tc>
          <w:tcPr>
            <w:tcW w:w="4608" w:type="dxa"/>
          </w:tcPr>
          <w:p w14:paraId="1C5EEFF8" w14:textId="77777777" w:rsidR="00E847A3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制药</w:t>
            </w:r>
          </w:p>
        </w:tc>
      </w:tr>
      <w:tr w:rsidR="00E847A3" w14:paraId="12261FBB" w14:textId="77777777">
        <w:tc>
          <w:tcPr>
            <w:tcW w:w="936" w:type="dxa"/>
          </w:tcPr>
          <w:p w14:paraId="13E4C1DD" w14:textId="77777777" w:rsidR="00E847A3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9</w:t>
            </w:r>
          </w:p>
        </w:tc>
        <w:tc>
          <w:tcPr>
            <w:tcW w:w="3816" w:type="dxa"/>
          </w:tcPr>
          <w:p w14:paraId="49EE09BC" w14:textId="77777777" w:rsidR="00E847A3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Power Generation</w:t>
            </w:r>
          </w:p>
        </w:tc>
        <w:tc>
          <w:tcPr>
            <w:tcW w:w="4608" w:type="dxa"/>
          </w:tcPr>
          <w:p w14:paraId="4BF85D75" w14:textId="77777777" w:rsidR="00E847A3" w:rsidRDefault="00000000">
            <w:pPr>
              <w:spacing w:after="0" w:line="276" w:lineRule="auto"/>
            </w:pPr>
            <w:r>
              <w:rPr>
                <w:color w:val="000000"/>
                <w:sz w:val="19"/>
              </w:rPr>
              <w:t>发电</w:t>
            </w:r>
            <w:r>
              <w:rPr>
                <w:color w:val="000000"/>
                <w:sz w:val="19"/>
              </w:rPr>
              <w:t>/</w:t>
            </w:r>
            <w:r>
              <w:rPr>
                <w:color w:val="000000"/>
                <w:sz w:val="19"/>
              </w:rPr>
              <w:t>电力</w:t>
            </w:r>
          </w:p>
        </w:tc>
      </w:tr>
    </w:tbl>
    <w:p w14:paraId="5B9C14AF" w14:textId="77777777" w:rsidR="00E847A3" w:rsidRDefault="00E847A3">
      <w:pPr>
        <w:spacing w:after="100"/>
      </w:pPr>
    </w:p>
    <w:p w14:paraId="0DD26FEB" w14:textId="77777777" w:rsidR="00E847A3" w:rsidRDefault="00000000">
      <w:pPr>
        <w:pStyle w:val="1"/>
      </w:pPr>
      <w:r>
        <w:t xml:space="preserve">4. </w:t>
      </w:r>
      <w:r>
        <w:t>产品附件文件夹结构</w:t>
      </w:r>
    </w:p>
    <w:p w14:paraId="4F6E22F8" w14:textId="77777777" w:rsidR="00C1755B" w:rsidRDefault="00C1755B" w:rsidP="00C1755B">
      <w:pPr>
        <w:rPr>
          <w:lang w:eastAsia="zh-CN"/>
        </w:rPr>
      </w:pPr>
      <w:r>
        <w:rPr>
          <w:color w:val="000000"/>
          <w:lang w:eastAsia="zh-CN"/>
        </w:rPr>
        <w:t>请把</w:t>
      </w:r>
      <w:r>
        <w:rPr>
          <w:rFonts w:hint="eastAsia"/>
          <w:color w:val="000000"/>
          <w:lang w:eastAsia="zh-CN"/>
        </w:rPr>
        <w:t>所有的图片和文件</w:t>
      </w:r>
      <w:r>
        <w:rPr>
          <w:color w:val="000000"/>
          <w:lang w:eastAsia="zh-CN"/>
        </w:rPr>
        <w:t>附件放入以下固定文件夹。即使某类资料暂时没有，</w:t>
      </w:r>
      <w:r>
        <w:rPr>
          <w:rFonts w:hint="eastAsia"/>
          <w:color w:val="000000"/>
          <w:lang w:eastAsia="zh-CN"/>
        </w:rPr>
        <w:t>则不用创建</w:t>
      </w:r>
      <w:r>
        <w:rPr>
          <w:color w:val="000000"/>
          <w:lang w:eastAsia="zh-CN"/>
        </w:rPr>
        <w:t>文件夹。</w:t>
      </w:r>
    </w:p>
    <w:p w14:paraId="208BB359" w14:textId="77777777" w:rsidR="00E847A3" w:rsidRDefault="00000000">
      <w:pPr>
        <w:spacing w:after="20"/>
        <w:ind w:left="216"/>
        <w:rPr>
          <w:lang w:eastAsia="zh-CN"/>
        </w:rPr>
      </w:pPr>
      <w:r>
        <w:rPr>
          <w:rFonts w:ascii="Consolas" w:hAnsi="Consolas"/>
          <w:color w:val="000000"/>
          <w:sz w:val="19"/>
          <w:lang w:eastAsia="zh-CN"/>
        </w:rPr>
        <w:t>提交资料包</w:t>
      </w:r>
      <w:r>
        <w:rPr>
          <w:rFonts w:ascii="Consolas" w:hAnsi="Consolas"/>
          <w:color w:val="000000"/>
          <w:sz w:val="19"/>
          <w:lang w:eastAsia="zh-CN"/>
        </w:rPr>
        <w:t>/</w:t>
      </w:r>
    </w:p>
    <w:p w14:paraId="13EC6BE7" w14:textId="7F4C0549" w:rsidR="00E847A3" w:rsidRDefault="00C1755B" w:rsidP="00C1755B">
      <w:pPr>
        <w:spacing w:after="20"/>
      </w:pPr>
      <w:r>
        <w:rPr>
          <w:rFonts w:ascii="Consolas" w:hAnsi="Consolas" w:hint="eastAsia"/>
          <w:color w:val="000000"/>
          <w:sz w:val="19"/>
          <w:lang w:eastAsia="zh-CN"/>
        </w:rPr>
        <w:t xml:space="preserve">  </w:t>
      </w:r>
      <w:r w:rsidR="00000000">
        <w:rPr>
          <w:rFonts w:ascii="Consolas" w:hAnsi="Consolas"/>
          <w:color w:val="000000"/>
          <w:sz w:val="19"/>
          <w:lang w:eastAsia="zh-CN"/>
        </w:rPr>
        <w:t xml:space="preserve">    </w:t>
      </w:r>
      <w:proofErr w:type="spellStart"/>
      <w:r w:rsidR="00000000">
        <w:rPr>
          <w:rFonts w:ascii="Consolas" w:hAnsi="Consolas"/>
          <w:color w:val="000000"/>
          <w:sz w:val="19"/>
        </w:rPr>
        <w:t>company_certifications</w:t>
      </w:r>
      <w:proofErr w:type="spellEnd"/>
      <w:r w:rsidR="00000000">
        <w:rPr>
          <w:rFonts w:ascii="Consolas" w:hAnsi="Consolas"/>
          <w:color w:val="000000"/>
          <w:sz w:val="19"/>
        </w:rPr>
        <w:t>/</w:t>
      </w:r>
    </w:p>
    <w:p w14:paraId="6FF4308A" w14:textId="77777777" w:rsidR="00E847A3" w:rsidRDefault="00000000">
      <w:pPr>
        <w:spacing w:after="20"/>
        <w:ind w:left="216"/>
      </w:pPr>
      <w:r>
        <w:rPr>
          <w:rFonts w:ascii="Consolas" w:hAnsi="Consolas"/>
          <w:color w:val="000000"/>
          <w:sz w:val="19"/>
        </w:rPr>
        <w:t xml:space="preserve">    company_customers/</w:t>
      </w:r>
    </w:p>
    <w:p w14:paraId="05F7241C" w14:textId="77777777" w:rsidR="00E847A3" w:rsidRDefault="00000000">
      <w:pPr>
        <w:spacing w:after="20"/>
        <w:ind w:left="216"/>
      </w:pPr>
      <w:r>
        <w:rPr>
          <w:rFonts w:ascii="Consolas" w:hAnsi="Consolas"/>
          <w:color w:val="000000"/>
          <w:sz w:val="19"/>
        </w:rPr>
        <w:t xml:space="preserve">    company_docs/</w:t>
      </w:r>
    </w:p>
    <w:p w14:paraId="7530F0F4" w14:textId="77777777" w:rsidR="00E847A3" w:rsidRDefault="00000000">
      <w:pPr>
        <w:spacing w:after="20"/>
        <w:ind w:left="216"/>
      </w:pPr>
      <w:r>
        <w:rPr>
          <w:rFonts w:ascii="Consolas" w:hAnsi="Consolas"/>
          <w:color w:val="000000"/>
          <w:sz w:val="19"/>
        </w:rPr>
        <w:t xml:space="preserve">    company_images/</w:t>
      </w:r>
    </w:p>
    <w:p w14:paraId="7198B5FA" w14:textId="77777777" w:rsidR="00E847A3" w:rsidRDefault="00000000">
      <w:pPr>
        <w:spacing w:after="20"/>
        <w:ind w:left="216"/>
      </w:pPr>
      <w:r>
        <w:rPr>
          <w:rFonts w:ascii="Consolas" w:hAnsi="Consolas"/>
          <w:color w:val="000000"/>
          <w:sz w:val="19"/>
        </w:rPr>
        <w:t xml:space="preserve">    product_certifications/</w:t>
      </w:r>
    </w:p>
    <w:p w14:paraId="0A8A230C" w14:textId="77777777" w:rsidR="00E847A3" w:rsidRDefault="00000000">
      <w:pPr>
        <w:spacing w:after="20"/>
        <w:ind w:left="216"/>
      </w:pPr>
      <w:r>
        <w:rPr>
          <w:rFonts w:ascii="Consolas" w:hAnsi="Consolas"/>
          <w:color w:val="000000"/>
          <w:sz w:val="19"/>
        </w:rPr>
        <w:t xml:space="preserve">    product_docs/</w:t>
      </w:r>
    </w:p>
    <w:p w14:paraId="706F3423" w14:textId="77777777" w:rsidR="00E847A3" w:rsidRDefault="00000000">
      <w:pPr>
        <w:spacing w:after="20"/>
        <w:ind w:left="216"/>
      </w:pPr>
      <w:r>
        <w:rPr>
          <w:rFonts w:ascii="Consolas" w:hAnsi="Consolas"/>
          <w:color w:val="000000"/>
          <w:sz w:val="19"/>
        </w:rPr>
        <w:t xml:space="preserve">    product_images/</w:t>
      </w:r>
    </w:p>
    <w:p w14:paraId="75300611" w14:textId="77777777" w:rsidR="00E847A3" w:rsidRDefault="00E847A3"/>
    <w:tbl>
      <w:tblPr>
        <w:tblW w:w="9416" w:type="dxa"/>
        <w:tblInd w:w="120" w:type="dxa"/>
        <w:tblBorders>
          <w:top w:val="single" w:sz="4" w:space="0" w:color="B9C3D0"/>
          <w:left w:val="single" w:sz="4" w:space="0" w:color="B9C3D0"/>
          <w:bottom w:val="single" w:sz="4" w:space="0" w:color="B9C3D0"/>
          <w:right w:val="single" w:sz="4" w:space="0" w:color="B9C3D0"/>
          <w:insideH w:val="single" w:sz="4" w:space="0" w:color="B9C3D0"/>
          <w:insideV w:val="single" w:sz="4" w:space="0" w:color="B9C3D0"/>
        </w:tblBorders>
        <w:tblLayout w:type="fixed"/>
        <w:tblLook w:val="04A0" w:firstRow="1" w:lastRow="0" w:firstColumn="1" w:lastColumn="0" w:noHBand="0" w:noVBand="1"/>
      </w:tblPr>
      <w:tblGrid>
        <w:gridCol w:w="9416"/>
      </w:tblGrid>
      <w:tr w:rsidR="00A06EE2" w14:paraId="6DE197C6" w14:textId="77777777" w:rsidTr="00A06EE2">
        <w:trPr>
          <w:tblHeader/>
        </w:trPr>
        <w:tc>
          <w:tcPr>
            <w:tcW w:w="9416" w:type="dxa"/>
            <w:shd w:val="clear" w:color="auto" w:fill="E8EEF5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4E65B4FC" w14:textId="77777777" w:rsidR="00A06EE2" w:rsidRDefault="00A06EE2">
            <w:pPr>
              <w:spacing w:after="0"/>
            </w:pPr>
            <w:proofErr w:type="spellStart"/>
            <w:r>
              <w:rPr>
                <w:b/>
                <w:color w:val="0B2545"/>
                <w:sz w:val="21"/>
              </w:rPr>
              <w:t>项目与填写要求</w:t>
            </w:r>
            <w:proofErr w:type="spellEnd"/>
          </w:p>
        </w:tc>
      </w:tr>
      <w:tr w:rsidR="00A06EE2" w14:paraId="7FD4C2C2" w14:textId="77777777" w:rsidTr="00A06EE2">
        <w:tc>
          <w:tcPr>
            <w:tcW w:w="9416" w:type="dxa"/>
          </w:tcPr>
          <w:p w14:paraId="028882CA" w14:textId="77777777" w:rsidR="00A06EE2" w:rsidRDefault="00A06EE2">
            <w:pPr>
              <w:spacing w:after="60"/>
              <w:rPr>
                <w:lang w:eastAsia="zh-CN"/>
              </w:rPr>
            </w:pPr>
            <w:proofErr w:type="spellStart"/>
            <w:r>
              <w:rPr>
                <w:b/>
                <w:color w:val="0B2545"/>
                <w:sz w:val="20"/>
                <w:lang w:eastAsia="zh-CN"/>
              </w:rPr>
              <w:t>product_images</w:t>
            </w:r>
            <w:proofErr w:type="spellEnd"/>
            <w:r>
              <w:rPr>
                <w:b/>
                <w:color w:val="0B2545"/>
                <w:sz w:val="20"/>
                <w:lang w:eastAsia="zh-CN"/>
              </w:rPr>
              <w:t xml:space="preserve"> </w:t>
            </w:r>
            <w:r>
              <w:rPr>
                <w:b/>
                <w:color w:val="0B2545"/>
                <w:sz w:val="20"/>
                <w:lang w:eastAsia="zh-CN"/>
              </w:rPr>
              <w:t>文件夹</w:t>
            </w:r>
          </w:p>
          <w:p w14:paraId="4A0E3C99" w14:textId="77777777" w:rsidR="00A06EE2" w:rsidRDefault="00A06EE2">
            <w:pPr>
              <w:spacing w:after="0" w:line="276" w:lineRule="auto"/>
              <w:rPr>
                <w:lang w:eastAsia="zh-CN"/>
              </w:rPr>
            </w:pPr>
            <w:proofErr w:type="gramStart"/>
            <w:r>
              <w:rPr>
                <w:color w:val="555555"/>
                <w:sz w:val="17"/>
                <w:lang w:eastAsia="zh-CN"/>
              </w:rPr>
              <w:t>放产品</w:t>
            </w:r>
            <w:proofErr w:type="gramEnd"/>
            <w:r>
              <w:rPr>
                <w:color w:val="555555"/>
                <w:sz w:val="17"/>
                <w:lang w:eastAsia="zh-CN"/>
              </w:rPr>
              <w:t>图、结构图、应用图。只提交方图或横图，图片宽度必须大于或等于高度；</w:t>
            </w:r>
            <w:proofErr w:type="gramStart"/>
            <w:r>
              <w:rPr>
                <w:color w:val="555555"/>
                <w:sz w:val="17"/>
                <w:lang w:eastAsia="zh-CN"/>
              </w:rPr>
              <w:t>竖图不要</w:t>
            </w:r>
            <w:proofErr w:type="gramEnd"/>
            <w:r>
              <w:rPr>
                <w:color w:val="555555"/>
                <w:sz w:val="17"/>
                <w:lang w:eastAsia="zh-CN"/>
              </w:rPr>
              <w:t>提交。</w:t>
            </w:r>
          </w:p>
        </w:tc>
      </w:tr>
      <w:tr w:rsidR="00A06EE2" w14:paraId="232306B3" w14:textId="77777777" w:rsidTr="00A06EE2">
        <w:tc>
          <w:tcPr>
            <w:tcW w:w="9416" w:type="dxa"/>
          </w:tcPr>
          <w:p w14:paraId="20409A18" w14:textId="77777777" w:rsidR="00A06EE2" w:rsidRDefault="00A06EE2">
            <w:pPr>
              <w:spacing w:after="60"/>
            </w:pPr>
            <w:proofErr w:type="spellStart"/>
            <w:r>
              <w:rPr>
                <w:b/>
                <w:color w:val="0B2545"/>
                <w:sz w:val="20"/>
              </w:rPr>
              <w:t>product_certifications</w:t>
            </w:r>
            <w:proofErr w:type="spellEnd"/>
            <w:r>
              <w:rPr>
                <w:b/>
                <w:color w:val="0B2545"/>
                <w:sz w:val="20"/>
              </w:rPr>
              <w:t xml:space="preserve"> </w:t>
            </w:r>
            <w:proofErr w:type="spellStart"/>
            <w:r>
              <w:rPr>
                <w:b/>
                <w:color w:val="0B2545"/>
                <w:sz w:val="20"/>
              </w:rPr>
              <w:t>文件夹</w:t>
            </w:r>
            <w:proofErr w:type="spellEnd"/>
          </w:p>
          <w:p w14:paraId="696449E2" w14:textId="77777777" w:rsidR="00A06EE2" w:rsidRDefault="00A06EE2">
            <w:pPr>
              <w:spacing w:after="0" w:line="276" w:lineRule="auto"/>
            </w:pPr>
            <w:r>
              <w:rPr>
                <w:color w:val="555555"/>
                <w:sz w:val="17"/>
              </w:rPr>
              <w:t>放产品级证书、型式认证、产品资质等。请在右侧列出文件名、证书名称、有效期</w:t>
            </w:r>
            <w:r>
              <w:rPr>
                <w:color w:val="555555"/>
                <w:sz w:val="17"/>
              </w:rPr>
              <w:t>/</w:t>
            </w:r>
            <w:r>
              <w:rPr>
                <w:color w:val="555555"/>
                <w:sz w:val="17"/>
              </w:rPr>
              <w:t>到期日和适用产品；证书需在提交资料当天仍然有效。</w:t>
            </w:r>
          </w:p>
        </w:tc>
      </w:tr>
      <w:tr w:rsidR="00A06EE2" w14:paraId="6CF5180A" w14:textId="77777777" w:rsidTr="00A06EE2">
        <w:tc>
          <w:tcPr>
            <w:tcW w:w="9416" w:type="dxa"/>
          </w:tcPr>
          <w:p w14:paraId="11C4D33A" w14:textId="77777777" w:rsidR="00A06EE2" w:rsidRDefault="00A06EE2">
            <w:pPr>
              <w:spacing w:after="60"/>
              <w:rPr>
                <w:lang w:eastAsia="zh-CN"/>
              </w:rPr>
            </w:pPr>
            <w:proofErr w:type="spellStart"/>
            <w:r>
              <w:rPr>
                <w:b/>
                <w:color w:val="0B2545"/>
                <w:sz w:val="20"/>
                <w:lang w:eastAsia="zh-CN"/>
              </w:rPr>
              <w:lastRenderedPageBreak/>
              <w:t>product_docs</w:t>
            </w:r>
            <w:proofErr w:type="spellEnd"/>
            <w:r>
              <w:rPr>
                <w:b/>
                <w:color w:val="0B2545"/>
                <w:sz w:val="20"/>
                <w:lang w:eastAsia="zh-CN"/>
              </w:rPr>
              <w:t xml:space="preserve"> </w:t>
            </w:r>
            <w:r>
              <w:rPr>
                <w:b/>
                <w:color w:val="0B2545"/>
                <w:sz w:val="20"/>
                <w:lang w:eastAsia="zh-CN"/>
              </w:rPr>
              <w:t>文件夹</w:t>
            </w:r>
          </w:p>
          <w:p w14:paraId="46E81583" w14:textId="77777777" w:rsidR="00A06EE2" w:rsidRDefault="00A06EE2">
            <w:pPr>
              <w:spacing w:after="0" w:line="276" w:lineRule="auto"/>
              <w:rPr>
                <w:lang w:eastAsia="zh-CN"/>
              </w:rPr>
            </w:pPr>
            <w:proofErr w:type="gramStart"/>
            <w:r>
              <w:rPr>
                <w:color w:val="555555"/>
                <w:sz w:val="17"/>
                <w:lang w:eastAsia="zh-CN"/>
              </w:rPr>
              <w:t>放产品</w:t>
            </w:r>
            <w:proofErr w:type="gramEnd"/>
            <w:r>
              <w:rPr>
                <w:color w:val="555555"/>
                <w:sz w:val="17"/>
                <w:lang w:eastAsia="zh-CN"/>
              </w:rPr>
              <w:t>手册、规格书、样本、说明书。只接受</w:t>
            </w:r>
            <w:r>
              <w:rPr>
                <w:color w:val="555555"/>
                <w:sz w:val="17"/>
                <w:lang w:eastAsia="zh-CN"/>
              </w:rPr>
              <w:t xml:space="preserve"> pdf</w:t>
            </w:r>
            <w:r>
              <w:rPr>
                <w:color w:val="555555"/>
                <w:sz w:val="17"/>
                <w:lang w:eastAsia="zh-CN"/>
              </w:rPr>
              <w:t>、</w:t>
            </w:r>
            <w:r>
              <w:rPr>
                <w:color w:val="555555"/>
                <w:sz w:val="17"/>
                <w:lang w:eastAsia="zh-CN"/>
              </w:rPr>
              <w:t>doc</w:t>
            </w:r>
            <w:r>
              <w:rPr>
                <w:color w:val="555555"/>
                <w:sz w:val="17"/>
                <w:lang w:eastAsia="zh-CN"/>
              </w:rPr>
              <w:t>、</w:t>
            </w:r>
            <w:r>
              <w:rPr>
                <w:color w:val="555555"/>
                <w:sz w:val="17"/>
                <w:lang w:eastAsia="zh-CN"/>
              </w:rPr>
              <w:t>docx</w:t>
            </w:r>
            <w:r>
              <w:rPr>
                <w:color w:val="555555"/>
                <w:sz w:val="17"/>
                <w:lang w:eastAsia="zh-CN"/>
              </w:rPr>
              <w:t>，</w:t>
            </w:r>
            <w:proofErr w:type="gramStart"/>
            <w:r>
              <w:rPr>
                <w:color w:val="555555"/>
                <w:sz w:val="17"/>
                <w:lang w:eastAsia="zh-CN"/>
              </w:rPr>
              <w:t>单文件</w:t>
            </w:r>
            <w:proofErr w:type="gramEnd"/>
            <w:r>
              <w:rPr>
                <w:color w:val="555555"/>
                <w:sz w:val="17"/>
                <w:lang w:eastAsia="zh-CN"/>
              </w:rPr>
              <w:t>小于</w:t>
            </w:r>
            <w:r>
              <w:rPr>
                <w:color w:val="555555"/>
                <w:sz w:val="17"/>
                <w:lang w:eastAsia="zh-CN"/>
              </w:rPr>
              <w:t xml:space="preserve"> 50MB</w:t>
            </w:r>
            <w:r>
              <w:rPr>
                <w:color w:val="555555"/>
                <w:sz w:val="17"/>
                <w:lang w:eastAsia="zh-CN"/>
              </w:rPr>
              <w:t>；必须说明对应产品。</w:t>
            </w:r>
          </w:p>
        </w:tc>
      </w:tr>
    </w:tbl>
    <w:p w14:paraId="11A8275B" w14:textId="77777777" w:rsidR="00E847A3" w:rsidRDefault="00E847A3">
      <w:pPr>
        <w:spacing w:after="140"/>
        <w:rPr>
          <w:lang w:eastAsia="zh-CN"/>
        </w:rPr>
      </w:pPr>
    </w:p>
    <w:tbl>
      <w:tblPr>
        <w:tblW w:w="9360" w:type="dxa"/>
        <w:tblInd w:w="120" w:type="dxa"/>
        <w:tblBorders>
          <w:top w:val="single" w:sz="4" w:space="0" w:color="D0D7E2"/>
          <w:left w:val="single" w:sz="4" w:space="0" w:color="D0D7E2"/>
          <w:bottom w:val="single" w:sz="4" w:space="0" w:color="D0D7E2"/>
          <w:right w:val="single" w:sz="4" w:space="0" w:color="D0D7E2"/>
          <w:insideH w:val="single" w:sz="4" w:space="0" w:color="D0D7E2"/>
          <w:insideV w:val="single" w:sz="4" w:space="0" w:color="D0D7E2"/>
        </w:tblBorders>
        <w:tblLayout w:type="fixed"/>
        <w:tblLook w:val="04A0" w:firstRow="1" w:lastRow="0" w:firstColumn="1" w:lastColumn="0" w:noHBand="0" w:noVBand="1"/>
      </w:tblPr>
      <w:tblGrid>
        <w:gridCol w:w="9360"/>
      </w:tblGrid>
      <w:tr w:rsidR="00E847A3" w14:paraId="40290036" w14:textId="77777777">
        <w:trPr>
          <w:tblHeader/>
        </w:trPr>
        <w:tc>
          <w:tcPr>
            <w:tcW w:w="9360" w:type="dxa"/>
            <w:shd w:val="clear" w:color="auto" w:fill="F4F6F9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AFA7AF0" w14:textId="77777777" w:rsidR="00E847A3" w:rsidRDefault="00000000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1"/>
                <w:lang w:eastAsia="zh-CN"/>
              </w:rPr>
              <w:t>归属规则</w:t>
            </w:r>
          </w:p>
          <w:p w14:paraId="764B41D2" w14:textId="63720903" w:rsidR="00E847A3" w:rsidRDefault="00000000">
            <w:pPr>
              <w:spacing w:after="0" w:line="276" w:lineRule="auto"/>
              <w:rPr>
                <w:lang w:eastAsia="zh-CN"/>
              </w:rPr>
            </w:pPr>
            <w:r>
              <w:rPr>
                <w:color w:val="000000"/>
                <w:sz w:val="19"/>
                <w:lang w:eastAsia="zh-CN"/>
              </w:rPr>
              <w:t>产品手册、产品说明书、产品规格书和产品样本必须放入</w:t>
            </w:r>
            <w:r w:rsidR="00A06EE2">
              <w:rPr>
                <w:rFonts w:hint="eastAsia"/>
                <w:color w:val="000000"/>
                <w:sz w:val="19"/>
                <w:lang w:eastAsia="zh-CN"/>
              </w:rPr>
              <w:t>产品名的文件夹</w:t>
            </w:r>
            <w:r>
              <w:rPr>
                <w:color w:val="000000"/>
                <w:sz w:val="19"/>
                <w:lang w:eastAsia="zh-CN"/>
              </w:rPr>
              <w:t>，并在表中写明对应产品。如果文档无法明确对应到某个产品，请不要作为公司文档提交。</w:t>
            </w:r>
          </w:p>
        </w:tc>
      </w:tr>
    </w:tbl>
    <w:p w14:paraId="7FF9F93F" w14:textId="77777777" w:rsidR="00E847A3" w:rsidRDefault="00E847A3">
      <w:pPr>
        <w:spacing w:after="140"/>
        <w:rPr>
          <w:lang w:eastAsia="zh-CN"/>
        </w:rPr>
      </w:pPr>
    </w:p>
    <w:p w14:paraId="33DBD9BA" w14:textId="77777777" w:rsidR="00E847A3" w:rsidRDefault="00000000">
      <w:pPr>
        <w:pStyle w:val="1"/>
      </w:pPr>
      <w:r>
        <w:t xml:space="preserve">5. </w:t>
      </w:r>
      <w:r>
        <w:t>产品附件清单</w:t>
      </w:r>
    </w:p>
    <w:tbl>
      <w:tblPr>
        <w:tblW w:w="9416" w:type="dxa"/>
        <w:tblInd w:w="120" w:type="dxa"/>
        <w:tblBorders>
          <w:top w:val="single" w:sz="4" w:space="0" w:color="B9C3D0"/>
          <w:left w:val="single" w:sz="4" w:space="0" w:color="B9C3D0"/>
          <w:bottom w:val="single" w:sz="4" w:space="0" w:color="B9C3D0"/>
          <w:right w:val="single" w:sz="4" w:space="0" w:color="B9C3D0"/>
          <w:insideH w:val="single" w:sz="4" w:space="0" w:color="B9C3D0"/>
          <w:insideV w:val="single" w:sz="4" w:space="0" w:color="B9C3D0"/>
        </w:tblBorders>
        <w:tblLayout w:type="fixed"/>
        <w:tblLook w:val="04A0" w:firstRow="1" w:lastRow="0" w:firstColumn="1" w:lastColumn="0" w:noHBand="0" w:noVBand="1"/>
      </w:tblPr>
      <w:tblGrid>
        <w:gridCol w:w="9416"/>
      </w:tblGrid>
      <w:tr w:rsidR="00666946" w14:paraId="1A8CD460" w14:textId="77777777" w:rsidTr="00666946">
        <w:trPr>
          <w:tblHeader/>
        </w:trPr>
        <w:tc>
          <w:tcPr>
            <w:tcW w:w="9416" w:type="dxa"/>
            <w:shd w:val="clear" w:color="auto" w:fill="E8EEF5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143C8785" w14:textId="77777777" w:rsidR="00666946" w:rsidRDefault="00666946">
            <w:pPr>
              <w:spacing w:after="0"/>
            </w:pPr>
            <w:proofErr w:type="spellStart"/>
            <w:r>
              <w:rPr>
                <w:b/>
                <w:color w:val="0B2545"/>
                <w:sz w:val="21"/>
              </w:rPr>
              <w:t>项目与填写要求</w:t>
            </w:r>
            <w:proofErr w:type="spellEnd"/>
          </w:p>
        </w:tc>
      </w:tr>
      <w:tr w:rsidR="00666946" w14:paraId="53C18A7E" w14:textId="77777777" w:rsidTr="00666946">
        <w:tc>
          <w:tcPr>
            <w:tcW w:w="9416" w:type="dxa"/>
          </w:tcPr>
          <w:p w14:paraId="27BC3913" w14:textId="77777777" w:rsidR="00666946" w:rsidRDefault="00666946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t>产品图片清单</w:t>
            </w:r>
          </w:p>
          <w:p w14:paraId="7AE64B57" w14:textId="77777777" w:rsidR="00666946" w:rsidRDefault="00666946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t>每行建议包含：产品名称、图片主题、文件名、图片方向确认。图片必须为方图或横图。</w:t>
            </w:r>
          </w:p>
        </w:tc>
      </w:tr>
      <w:tr w:rsidR="00666946" w14:paraId="17B5D2B6" w14:textId="77777777" w:rsidTr="00666946">
        <w:tc>
          <w:tcPr>
            <w:tcW w:w="9416" w:type="dxa"/>
          </w:tcPr>
          <w:p w14:paraId="42EADD0C" w14:textId="77777777" w:rsidR="00666946" w:rsidRDefault="00666946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t>产品证书清单</w:t>
            </w:r>
          </w:p>
          <w:p w14:paraId="472EE4B5" w14:textId="77777777" w:rsidR="00666946" w:rsidRDefault="00666946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t>每行建议包含：适用产品、证书名称、文件名、颁发机构、有效期</w:t>
            </w:r>
            <w:r>
              <w:rPr>
                <w:color w:val="555555"/>
                <w:sz w:val="17"/>
                <w:lang w:eastAsia="zh-CN"/>
              </w:rPr>
              <w:t>/</w:t>
            </w:r>
            <w:r>
              <w:rPr>
                <w:color w:val="555555"/>
                <w:sz w:val="17"/>
                <w:lang w:eastAsia="zh-CN"/>
              </w:rPr>
              <w:t>到期日、说明。证书需在提交资料当天仍然有效。</w:t>
            </w:r>
          </w:p>
        </w:tc>
      </w:tr>
      <w:tr w:rsidR="00666946" w14:paraId="28496BF4" w14:textId="77777777" w:rsidTr="00666946">
        <w:tc>
          <w:tcPr>
            <w:tcW w:w="9416" w:type="dxa"/>
          </w:tcPr>
          <w:p w14:paraId="3561562D" w14:textId="77777777" w:rsidR="00666946" w:rsidRDefault="00666946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t>产品文档清单</w:t>
            </w:r>
          </w:p>
          <w:p w14:paraId="7233CFD1" w14:textId="77777777" w:rsidR="00666946" w:rsidRDefault="00666946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t>每行建议包含：对应产品、文档标题、文件名、语言、文件类型。只接受</w:t>
            </w:r>
            <w:r>
              <w:rPr>
                <w:color w:val="555555"/>
                <w:sz w:val="17"/>
                <w:lang w:eastAsia="zh-CN"/>
              </w:rPr>
              <w:t xml:space="preserve"> pdf</w:t>
            </w:r>
            <w:r>
              <w:rPr>
                <w:color w:val="555555"/>
                <w:sz w:val="17"/>
                <w:lang w:eastAsia="zh-CN"/>
              </w:rPr>
              <w:t>、</w:t>
            </w:r>
            <w:r>
              <w:rPr>
                <w:color w:val="555555"/>
                <w:sz w:val="17"/>
                <w:lang w:eastAsia="zh-CN"/>
              </w:rPr>
              <w:t>doc</w:t>
            </w:r>
            <w:r>
              <w:rPr>
                <w:color w:val="555555"/>
                <w:sz w:val="17"/>
                <w:lang w:eastAsia="zh-CN"/>
              </w:rPr>
              <w:t>、</w:t>
            </w:r>
            <w:r>
              <w:rPr>
                <w:color w:val="555555"/>
                <w:sz w:val="17"/>
                <w:lang w:eastAsia="zh-CN"/>
              </w:rPr>
              <w:t>docx</w:t>
            </w:r>
            <w:r>
              <w:rPr>
                <w:color w:val="555555"/>
                <w:sz w:val="17"/>
                <w:lang w:eastAsia="zh-CN"/>
              </w:rPr>
              <w:t>。</w:t>
            </w:r>
          </w:p>
        </w:tc>
      </w:tr>
    </w:tbl>
    <w:p w14:paraId="23BF32A1" w14:textId="77777777" w:rsidR="00E847A3" w:rsidRDefault="00E847A3">
      <w:pPr>
        <w:spacing w:after="140"/>
        <w:rPr>
          <w:lang w:eastAsia="zh-CN"/>
        </w:rPr>
      </w:pPr>
    </w:p>
    <w:p w14:paraId="79060CCC" w14:textId="77777777" w:rsidR="00E847A3" w:rsidRDefault="00000000">
      <w:pPr>
        <w:pStyle w:val="1"/>
      </w:pPr>
      <w:r>
        <w:t xml:space="preserve">6. </w:t>
      </w:r>
      <w:r>
        <w:t>提交前确认</w:t>
      </w:r>
    </w:p>
    <w:tbl>
      <w:tblPr>
        <w:tblW w:w="9416" w:type="dxa"/>
        <w:tblInd w:w="120" w:type="dxa"/>
        <w:tblBorders>
          <w:top w:val="single" w:sz="4" w:space="0" w:color="B9C3D0"/>
          <w:left w:val="single" w:sz="4" w:space="0" w:color="B9C3D0"/>
          <w:bottom w:val="single" w:sz="4" w:space="0" w:color="B9C3D0"/>
          <w:right w:val="single" w:sz="4" w:space="0" w:color="B9C3D0"/>
          <w:insideH w:val="single" w:sz="4" w:space="0" w:color="B9C3D0"/>
          <w:insideV w:val="single" w:sz="4" w:space="0" w:color="B9C3D0"/>
        </w:tblBorders>
        <w:tblLayout w:type="fixed"/>
        <w:tblLook w:val="04A0" w:firstRow="1" w:lastRow="0" w:firstColumn="1" w:lastColumn="0" w:noHBand="0" w:noVBand="1"/>
      </w:tblPr>
      <w:tblGrid>
        <w:gridCol w:w="9416"/>
      </w:tblGrid>
      <w:tr w:rsidR="00666946" w14:paraId="554F31A5" w14:textId="77777777" w:rsidTr="00666946">
        <w:trPr>
          <w:tblHeader/>
        </w:trPr>
        <w:tc>
          <w:tcPr>
            <w:tcW w:w="9416" w:type="dxa"/>
            <w:shd w:val="clear" w:color="auto" w:fill="E8EEF5"/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</w:tcPr>
          <w:p w14:paraId="7825E4CB" w14:textId="77777777" w:rsidR="00666946" w:rsidRDefault="00666946">
            <w:pPr>
              <w:spacing w:after="0"/>
            </w:pPr>
            <w:proofErr w:type="spellStart"/>
            <w:r>
              <w:rPr>
                <w:b/>
                <w:color w:val="0B2545"/>
                <w:sz w:val="21"/>
              </w:rPr>
              <w:t>项目与填写要求</w:t>
            </w:r>
            <w:proofErr w:type="spellEnd"/>
          </w:p>
        </w:tc>
      </w:tr>
      <w:tr w:rsidR="00666946" w14:paraId="400DD1D0" w14:textId="77777777" w:rsidTr="00666946">
        <w:tc>
          <w:tcPr>
            <w:tcW w:w="9416" w:type="dxa"/>
          </w:tcPr>
          <w:p w14:paraId="5A307948" w14:textId="77777777" w:rsidR="00666946" w:rsidRDefault="00666946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t>产品内容确认</w:t>
            </w:r>
          </w:p>
          <w:p w14:paraId="10A9A00B" w14:textId="77777777" w:rsidR="00666946" w:rsidRDefault="00666946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t>确认每个产品都有真实介绍，并至少具备优势、参数、详情说明或产品文档之一。</w:t>
            </w:r>
          </w:p>
        </w:tc>
      </w:tr>
      <w:tr w:rsidR="00666946" w14:paraId="7ACE979C" w14:textId="77777777" w:rsidTr="00666946">
        <w:tc>
          <w:tcPr>
            <w:tcW w:w="9416" w:type="dxa"/>
          </w:tcPr>
          <w:p w14:paraId="6D36E3A3" w14:textId="77777777" w:rsidR="00666946" w:rsidRDefault="00666946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t>产品图片确认</w:t>
            </w:r>
          </w:p>
          <w:p w14:paraId="6DC7E491" w14:textId="77777777" w:rsidR="00666946" w:rsidRDefault="00666946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t>确认产品图片均为方图或横图，没有竖图。</w:t>
            </w:r>
          </w:p>
        </w:tc>
      </w:tr>
      <w:tr w:rsidR="00666946" w14:paraId="02B6E16F" w14:textId="77777777" w:rsidTr="00666946">
        <w:tc>
          <w:tcPr>
            <w:tcW w:w="9416" w:type="dxa"/>
          </w:tcPr>
          <w:p w14:paraId="629B33DB" w14:textId="77777777" w:rsidR="00666946" w:rsidRDefault="00666946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t>产品证书有效期确认</w:t>
            </w:r>
          </w:p>
          <w:p w14:paraId="77213FE2" w14:textId="77777777" w:rsidR="00666946" w:rsidRDefault="00666946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lastRenderedPageBreak/>
              <w:t>确认所有产品级证书在提交资料当天仍然有效。</w:t>
            </w:r>
          </w:p>
        </w:tc>
      </w:tr>
      <w:tr w:rsidR="00666946" w14:paraId="594D170B" w14:textId="77777777" w:rsidTr="00666946">
        <w:tc>
          <w:tcPr>
            <w:tcW w:w="9416" w:type="dxa"/>
          </w:tcPr>
          <w:p w14:paraId="3CF30BD5" w14:textId="77777777" w:rsidR="00666946" w:rsidRDefault="00666946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lastRenderedPageBreak/>
              <w:t>产品文档归属确认</w:t>
            </w:r>
          </w:p>
          <w:p w14:paraId="5319C02C" w14:textId="77777777" w:rsidR="00666946" w:rsidRDefault="00666946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t>确认每个产品文档都能明确对应到已填写产品。</w:t>
            </w:r>
          </w:p>
        </w:tc>
      </w:tr>
      <w:tr w:rsidR="00666946" w14:paraId="3315BD93" w14:textId="77777777" w:rsidTr="00666946">
        <w:tc>
          <w:tcPr>
            <w:tcW w:w="9416" w:type="dxa"/>
          </w:tcPr>
          <w:p w14:paraId="772E83B8" w14:textId="77777777" w:rsidR="00666946" w:rsidRDefault="00666946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t>文档格式确认</w:t>
            </w:r>
          </w:p>
          <w:p w14:paraId="4E8011B2" w14:textId="77777777" w:rsidR="00666946" w:rsidRDefault="00666946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t>确认产品文档只包含</w:t>
            </w:r>
            <w:r>
              <w:rPr>
                <w:color w:val="555555"/>
                <w:sz w:val="17"/>
                <w:lang w:eastAsia="zh-CN"/>
              </w:rPr>
              <w:t xml:space="preserve"> pdf</w:t>
            </w:r>
            <w:r>
              <w:rPr>
                <w:color w:val="555555"/>
                <w:sz w:val="17"/>
                <w:lang w:eastAsia="zh-CN"/>
              </w:rPr>
              <w:t>、</w:t>
            </w:r>
            <w:r>
              <w:rPr>
                <w:color w:val="555555"/>
                <w:sz w:val="17"/>
                <w:lang w:eastAsia="zh-CN"/>
              </w:rPr>
              <w:t>doc</w:t>
            </w:r>
            <w:r>
              <w:rPr>
                <w:color w:val="555555"/>
                <w:sz w:val="17"/>
                <w:lang w:eastAsia="zh-CN"/>
              </w:rPr>
              <w:t>、</w:t>
            </w:r>
            <w:r>
              <w:rPr>
                <w:color w:val="555555"/>
                <w:sz w:val="17"/>
                <w:lang w:eastAsia="zh-CN"/>
              </w:rPr>
              <w:t>docx</w:t>
            </w:r>
            <w:r>
              <w:rPr>
                <w:color w:val="555555"/>
                <w:sz w:val="17"/>
                <w:lang w:eastAsia="zh-CN"/>
              </w:rPr>
              <w:t>，</w:t>
            </w:r>
            <w:proofErr w:type="gramStart"/>
            <w:r>
              <w:rPr>
                <w:color w:val="555555"/>
                <w:sz w:val="17"/>
                <w:lang w:eastAsia="zh-CN"/>
              </w:rPr>
              <w:t>且单文件</w:t>
            </w:r>
            <w:proofErr w:type="gramEnd"/>
            <w:r>
              <w:rPr>
                <w:color w:val="555555"/>
                <w:sz w:val="17"/>
                <w:lang w:eastAsia="zh-CN"/>
              </w:rPr>
              <w:t>小于</w:t>
            </w:r>
            <w:r>
              <w:rPr>
                <w:color w:val="555555"/>
                <w:sz w:val="17"/>
                <w:lang w:eastAsia="zh-CN"/>
              </w:rPr>
              <w:t xml:space="preserve"> 50MB</w:t>
            </w:r>
            <w:r>
              <w:rPr>
                <w:color w:val="555555"/>
                <w:sz w:val="17"/>
                <w:lang w:eastAsia="zh-CN"/>
              </w:rPr>
              <w:t>。</w:t>
            </w:r>
          </w:p>
        </w:tc>
      </w:tr>
      <w:tr w:rsidR="00666946" w14:paraId="30317708" w14:textId="77777777" w:rsidTr="00666946">
        <w:tc>
          <w:tcPr>
            <w:tcW w:w="9416" w:type="dxa"/>
          </w:tcPr>
          <w:p w14:paraId="64166FB7" w14:textId="77777777" w:rsidR="00666946" w:rsidRDefault="00666946">
            <w:pPr>
              <w:spacing w:after="60"/>
              <w:rPr>
                <w:lang w:eastAsia="zh-CN"/>
              </w:rPr>
            </w:pPr>
            <w:r>
              <w:rPr>
                <w:b/>
                <w:color w:val="0B2545"/>
                <w:sz w:val="20"/>
                <w:lang w:eastAsia="zh-CN"/>
              </w:rPr>
              <w:t>空白项确认</w:t>
            </w:r>
          </w:p>
          <w:p w14:paraId="4BC8ABFA" w14:textId="77777777" w:rsidR="00666946" w:rsidRDefault="00666946">
            <w:pPr>
              <w:spacing w:after="0" w:line="276" w:lineRule="auto"/>
              <w:rPr>
                <w:lang w:eastAsia="zh-CN"/>
              </w:rPr>
            </w:pPr>
            <w:r>
              <w:rPr>
                <w:color w:val="555555"/>
                <w:sz w:val="17"/>
                <w:lang w:eastAsia="zh-CN"/>
              </w:rPr>
              <w:t>确认无法核实的信息已留空，没有用猜测内容填充。</w:t>
            </w:r>
          </w:p>
        </w:tc>
      </w:tr>
    </w:tbl>
    <w:p w14:paraId="74B04CD6" w14:textId="77777777" w:rsidR="00E847A3" w:rsidRDefault="00E847A3">
      <w:pPr>
        <w:spacing w:after="140"/>
        <w:rPr>
          <w:lang w:eastAsia="zh-CN"/>
        </w:rPr>
      </w:pPr>
    </w:p>
    <w:sectPr w:rsidR="00E847A3" w:rsidSect="0003461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A71D71" w14:textId="77777777" w:rsidR="00BD34FA" w:rsidRDefault="00BD34FA">
      <w:pPr>
        <w:spacing w:after="0" w:line="240" w:lineRule="auto"/>
      </w:pPr>
      <w:r>
        <w:separator/>
      </w:r>
    </w:p>
  </w:endnote>
  <w:endnote w:type="continuationSeparator" w:id="0">
    <w:p w14:paraId="183DFEC5" w14:textId="77777777" w:rsidR="00BD34FA" w:rsidRDefault="00BD34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42B8A6" w14:textId="77777777" w:rsidR="009A6543" w:rsidRDefault="009A6543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2F2AAD" w14:textId="4A8C21DB" w:rsidR="00E847A3" w:rsidRDefault="00000000">
    <w:pPr>
      <w:pStyle w:val="a7"/>
      <w:jc w:val="right"/>
      <w:rPr>
        <w:rFonts w:hint="eastAsia"/>
        <w:lang w:eastAsia="zh-CN"/>
      </w:rPr>
    </w:pPr>
    <w:proofErr w:type="spellStart"/>
    <w:r>
      <w:rPr>
        <w:color w:val="555555"/>
        <w:sz w:val="17"/>
      </w:rPr>
      <w:t>HeatEx</w:t>
    </w:r>
    <w:proofErr w:type="spellEnd"/>
    <w:r>
      <w:rPr>
        <w:color w:val="555555"/>
        <w:sz w:val="17"/>
      </w:rPr>
      <w:t xml:space="preserve"> Direct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F2B03D" w14:textId="77777777" w:rsidR="009A6543" w:rsidRDefault="009A654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174BFC" w14:textId="77777777" w:rsidR="00BD34FA" w:rsidRDefault="00BD34FA">
      <w:pPr>
        <w:spacing w:after="0" w:line="240" w:lineRule="auto"/>
      </w:pPr>
      <w:r>
        <w:separator/>
      </w:r>
    </w:p>
  </w:footnote>
  <w:footnote w:type="continuationSeparator" w:id="0">
    <w:p w14:paraId="79E99385" w14:textId="77777777" w:rsidR="00BD34FA" w:rsidRDefault="00BD34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E5C313" w14:textId="77777777" w:rsidR="009A6543" w:rsidRDefault="009A6543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2CA17B" w14:textId="77777777" w:rsidR="00E847A3" w:rsidRDefault="00000000">
    <w:pPr>
      <w:pStyle w:val="a5"/>
    </w:pPr>
    <w:r>
      <w:rPr>
        <w:b/>
        <w:color w:val="555555"/>
        <w:sz w:val="18"/>
      </w:rPr>
      <w:t>Product Update Template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826F5D" w14:textId="77777777" w:rsidR="009A6543" w:rsidRDefault="009A6543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466708048">
    <w:abstractNumId w:val="8"/>
  </w:num>
  <w:num w:numId="2" w16cid:durableId="440220737">
    <w:abstractNumId w:val="6"/>
  </w:num>
  <w:num w:numId="3" w16cid:durableId="454980695">
    <w:abstractNumId w:val="5"/>
  </w:num>
  <w:num w:numId="4" w16cid:durableId="1422721445">
    <w:abstractNumId w:val="4"/>
  </w:num>
  <w:num w:numId="5" w16cid:durableId="1319847199">
    <w:abstractNumId w:val="7"/>
  </w:num>
  <w:num w:numId="6" w16cid:durableId="1054230905">
    <w:abstractNumId w:val="3"/>
  </w:num>
  <w:num w:numId="7" w16cid:durableId="337462168">
    <w:abstractNumId w:val="2"/>
  </w:num>
  <w:num w:numId="8" w16cid:durableId="862671616">
    <w:abstractNumId w:val="1"/>
  </w:num>
  <w:num w:numId="9" w16cid:durableId="1969655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474E98"/>
    <w:rsid w:val="00666946"/>
    <w:rsid w:val="008C29F2"/>
    <w:rsid w:val="009A6543"/>
    <w:rsid w:val="00A06EE2"/>
    <w:rsid w:val="00AA1D8D"/>
    <w:rsid w:val="00B47730"/>
    <w:rsid w:val="00BD34FA"/>
    <w:rsid w:val="00C1755B"/>
    <w:rsid w:val="00CB0664"/>
    <w:rsid w:val="00E847A3"/>
    <w:rsid w:val="00F72C1D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9CBEDEF"/>
  <w14:defaultImageDpi w14:val="300"/>
  <w15:docId w15:val="{9BF65D70-1148-4048-959E-4B8495BA4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pPr>
      <w:spacing w:after="120" w:line="300" w:lineRule="auto"/>
    </w:pPr>
    <w:rPr>
      <w:rFonts w:ascii="Calibri" w:eastAsia="微软雅黑" w:hAnsi="Calibri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360" w:after="200"/>
      <w:outlineLvl w:val="0"/>
    </w:pPr>
    <w:rPr>
      <w:rFonts w:asciiTheme="majorHAnsi" w:eastAsiaTheme="majorEastAsia" w:hAnsiTheme="majorHAnsi" w:cstheme="majorBidi"/>
      <w:b/>
      <w:bCs/>
      <w:color w:val="2E74B5"/>
      <w:sz w:val="32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80" w:after="140"/>
      <w:outlineLvl w:val="1"/>
    </w:pPr>
    <w:rPr>
      <w:rFonts w:asciiTheme="majorHAnsi" w:eastAsiaTheme="majorEastAsia" w:hAnsiTheme="majorHAnsi" w:cstheme="majorBidi"/>
      <w:b/>
      <w:bCs/>
      <w:color w:val="2E74B5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100"/>
      <w:outlineLvl w:val="2"/>
    </w:pPr>
    <w:rPr>
      <w:rFonts w:asciiTheme="majorHAnsi" w:eastAsiaTheme="majorEastAsia" w:hAnsiTheme="majorHAnsi" w:cstheme="majorBidi"/>
      <w:b/>
      <w:bCs/>
      <w:color w:val="1F4D78"/>
      <w:sz w:val="24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眉 字符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页脚 字符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标题 1 字符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标题 2 字符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标题 3 字符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标题 字符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标题 字符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</w:style>
  <w:style w:type="character" w:customStyle="1" w:styleId="af0">
    <w:name w:val="正文文本 字符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line="480" w:lineRule="auto"/>
    </w:pPr>
  </w:style>
  <w:style w:type="character" w:customStyle="1" w:styleId="24">
    <w:name w:val="正文文本 2 字符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rPr>
      <w:sz w:val="16"/>
      <w:szCs w:val="16"/>
    </w:rPr>
  </w:style>
  <w:style w:type="character" w:customStyle="1" w:styleId="34">
    <w:name w:val="正文文本 3 字符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宏文本 字符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 字符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标题 4 字符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标题 5 字符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标题 6 字符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标题 7 字符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标题 9 字符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明显引用 字符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TOC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1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2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3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4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5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6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7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8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852</Words>
  <Characters>1067</Characters>
  <Application>Microsoft Office Word</Application>
  <DocSecurity>0</DocSecurity>
  <Lines>118</Lines>
  <Paragraphs>127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1792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田洋 蒋</cp:lastModifiedBy>
  <cp:revision>6</cp:revision>
  <dcterms:created xsi:type="dcterms:W3CDTF">2013-12-23T23:15:00Z</dcterms:created>
  <dcterms:modified xsi:type="dcterms:W3CDTF">2026-05-17T15:28:00Z</dcterms:modified>
  <cp:category/>
</cp:coreProperties>
</file>