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257D5" w14:textId="77777777" w:rsidR="003C37FB" w:rsidRDefault="00000000">
      <w:pPr>
        <w:spacing w:after="20"/>
      </w:pPr>
      <w:r>
        <w:rPr>
          <w:b/>
          <w:color w:val="0B2545"/>
          <w:sz w:val="32"/>
        </w:rPr>
        <w:t xml:space="preserve">HeatEx </w:t>
      </w:r>
      <w:r w:rsidRPr="00BB0D7F">
        <w:rPr>
          <w:b/>
          <w:color w:val="E36C0A" w:themeColor="accent6" w:themeShade="BF"/>
          <w:sz w:val="32"/>
        </w:rPr>
        <w:t>Direct</w:t>
      </w:r>
    </w:p>
    <w:p w14:paraId="4287ED77" w14:textId="18638141" w:rsidR="003C37FB" w:rsidRDefault="00000000" w:rsidP="00BB0D7F">
      <w:pPr>
        <w:rPr>
          <w:rFonts w:hint="eastAsia"/>
        </w:rPr>
      </w:pPr>
      <w:proofErr w:type="spellStart"/>
      <w:r>
        <w:rPr>
          <w:b/>
          <w:color w:val="0B2545"/>
          <w:sz w:val="48"/>
        </w:rPr>
        <w:t>公司信息更新表</w:t>
      </w:r>
      <w:proofErr w:type="spellEnd"/>
    </w:p>
    <w:tbl>
      <w:tblPr>
        <w:tblW w:w="9360" w:type="dxa"/>
        <w:tblInd w:w="120" w:type="dxa"/>
        <w:tblBorders>
          <w:top w:val="single" w:sz="4" w:space="0" w:color="D7DBE2"/>
          <w:left w:val="single" w:sz="4" w:space="0" w:color="D7DBE2"/>
          <w:bottom w:val="single" w:sz="4" w:space="0" w:color="D7DBE2"/>
          <w:right w:val="single" w:sz="4" w:space="0" w:color="D7DBE2"/>
          <w:insideH w:val="single" w:sz="4" w:space="0" w:color="D7DBE2"/>
          <w:insideV w:val="single" w:sz="4" w:space="0" w:color="D7DBE2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7272"/>
      </w:tblGrid>
      <w:tr w:rsidR="003C37FB" w14:paraId="36B7FB19" w14:textId="77777777">
        <w:trPr>
          <w:tblHeader/>
        </w:trPr>
        <w:tc>
          <w:tcPr>
            <w:tcW w:w="2088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3ADCEF6" w14:textId="77777777" w:rsidR="003C37FB" w:rsidRDefault="00000000">
            <w:pPr>
              <w:spacing w:after="0"/>
            </w:pPr>
            <w:proofErr w:type="spellStart"/>
            <w:r>
              <w:rPr>
                <w:b/>
                <w:color w:val="0B2545"/>
                <w:sz w:val="19"/>
              </w:rPr>
              <w:t>适用范围</w:t>
            </w:r>
            <w:proofErr w:type="spellEnd"/>
          </w:p>
        </w:tc>
        <w:tc>
          <w:tcPr>
            <w:tcW w:w="7272" w:type="dxa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DE9A04F" w14:textId="241825FC" w:rsidR="003C37FB" w:rsidRDefault="00000000">
            <w:pPr>
              <w:spacing w:after="0"/>
              <w:rPr>
                <w:lang w:eastAsia="zh-CN"/>
              </w:rPr>
            </w:pPr>
            <w:r>
              <w:rPr>
                <w:color w:val="000000"/>
                <w:sz w:val="19"/>
                <w:lang w:eastAsia="zh-CN"/>
              </w:rPr>
              <w:t>公司主体信息、公司证书、客户</w:t>
            </w:r>
            <w:r>
              <w:rPr>
                <w:color w:val="000000"/>
                <w:sz w:val="19"/>
                <w:lang w:eastAsia="zh-CN"/>
              </w:rPr>
              <w:t xml:space="preserve"> logo</w:t>
            </w:r>
            <w:r>
              <w:rPr>
                <w:color w:val="000000"/>
                <w:sz w:val="19"/>
                <w:lang w:eastAsia="zh-CN"/>
              </w:rPr>
              <w:t>、公司图片、公司文档</w:t>
            </w:r>
          </w:p>
        </w:tc>
      </w:tr>
      <w:tr w:rsidR="003C37FB" w14:paraId="1C067B5C" w14:textId="77777777">
        <w:tc>
          <w:tcPr>
            <w:tcW w:w="2088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B28C66C" w14:textId="77777777" w:rsidR="003C37FB" w:rsidRDefault="00000000">
            <w:pPr>
              <w:spacing w:after="0"/>
            </w:pPr>
            <w:proofErr w:type="spellStart"/>
            <w:r>
              <w:rPr>
                <w:b/>
                <w:color w:val="0B2545"/>
                <w:sz w:val="19"/>
              </w:rPr>
              <w:t>语言要求</w:t>
            </w:r>
            <w:proofErr w:type="spellEnd"/>
          </w:p>
        </w:tc>
        <w:tc>
          <w:tcPr>
            <w:tcW w:w="7272" w:type="dxa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650FCFD" w14:textId="77777777" w:rsidR="003C37FB" w:rsidRDefault="00000000">
            <w:pPr>
              <w:spacing w:after="0"/>
              <w:rPr>
                <w:lang w:eastAsia="zh-CN"/>
              </w:rPr>
            </w:pPr>
            <w:r>
              <w:rPr>
                <w:color w:val="000000"/>
                <w:sz w:val="19"/>
                <w:lang w:eastAsia="zh-CN"/>
              </w:rPr>
              <w:t>请尽量同时提供中文和英文。若只提供中文，网站发布时的英文翻译可能无法完全准确。</w:t>
            </w:r>
          </w:p>
        </w:tc>
      </w:tr>
      <w:tr w:rsidR="003C37FB" w14:paraId="799F8A3F" w14:textId="77777777">
        <w:tc>
          <w:tcPr>
            <w:tcW w:w="2088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FB73F3B" w14:textId="77777777" w:rsidR="003C37FB" w:rsidRDefault="00000000">
            <w:pPr>
              <w:spacing w:after="0"/>
            </w:pPr>
            <w:proofErr w:type="spellStart"/>
            <w:r>
              <w:rPr>
                <w:b/>
                <w:color w:val="0B2545"/>
                <w:sz w:val="19"/>
              </w:rPr>
              <w:t>填写方式</w:t>
            </w:r>
            <w:proofErr w:type="spellEnd"/>
          </w:p>
        </w:tc>
        <w:tc>
          <w:tcPr>
            <w:tcW w:w="7272" w:type="dxa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40186DC" w14:textId="394DC1A7" w:rsidR="003C37FB" w:rsidRDefault="00000000">
            <w:pPr>
              <w:spacing w:after="0"/>
              <w:rPr>
                <w:lang w:eastAsia="zh-CN"/>
              </w:rPr>
            </w:pPr>
            <w:r>
              <w:rPr>
                <w:color w:val="000000"/>
                <w:sz w:val="19"/>
                <w:lang w:eastAsia="zh-CN"/>
              </w:rPr>
              <w:t>左侧为项目和要求，右侧</w:t>
            </w:r>
            <w:r w:rsidR="00BB0D7F">
              <w:rPr>
                <w:rFonts w:hint="eastAsia"/>
                <w:color w:val="000000"/>
                <w:sz w:val="19"/>
                <w:lang w:eastAsia="zh-CN"/>
              </w:rPr>
              <w:t>为</w:t>
            </w:r>
            <w:r>
              <w:rPr>
                <w:color w:val="000000"/>
                <w:sz w:val="19"/>
                <w:lang w:eastAsia="zh-CN"/>
              </w:rPr>
              <w:t>填写</w:t>
            </w:r>
            <w:r w:rsidR="00BB0D7F">
              <w:rPr>
                <w:rFonts w:hint="eastAsia"/>
                <w:color w:val="000000"/>
                <w:sz w:val="19"/>
                <w:lang w:eastAsia="zh-CN"/>
              </w:rPr>
              <w:t>区域</w:t>
            </w:r>
          </w:p>
        </w:tc>
      </w:tr>
    </w:tbl>
    <w:p w14:paraId="78879B7A" w14:textId="77777777" w:rsidR="003C37FB" w:rsidRDefault="003C37FB">
      <w:pPr>
        <w:spacing w:after="200"/>
        <w:rPr>
          <w:lang w:eastAsia="zh-CN"/>
        </w:rPr>
      </w:pPr>
    </w:p>
    <w:tbl>
      <w:tblPr>
        <w:tblW w:w="9360" w:type="dxa"/>
        <w:tblInd w:w="120" w:type="dxa"/>
        <w:tblBorders>
          <w:top w:val="single" w:sz="4" w:space="0" w:color="D0D7E2"/>
          <w:left w:val="single" w:sz="4" w:space="0" w:color="D0D7E2"/>
          <w:bottom w:val="single" w:sz="4" w:space="0" w:color="D0D7E2"/>
          <w:right w:val="single" w:sz="4" w:space="0" w:color="D0D7E2"/>
          <w:insideH w:val="single" w:sz="4" w:space="0" w:color="D0D7E2"/>
          <w:insideV w:val="single" w:sz="4" w:space="0" w:color="D0D7E2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3C37FB" w14:paraId="4B5E7385" w14:textId="77777777">
        <w:trPr>
          <w:tblHeader/>
        </w:trPr>
        <w:tc>
          <w:tcPr>
            <w:tcW w:w="9360" w:type="dxa"/>
            <w:shd w:val="clear" w:color="auto" w:fill="F4F6F9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5649C9F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1"/>
                <w:lang w:eastAsia="zh-CN"/>
              </w:rPr>
              <w:t>填写原则</w:t>
            </w:r>
          </w:p>
          <w:p w14:paraId="7FD938A1" w14:textId="78AF984C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000000"/>
                <w:sz w:val="19"/>
                <w:lang w:eastAsia="zh-CN"/>
              </w:rPr>
              <w:t>请填写真实、可核验的信息。没有资料时留空，不要编造证书、客户、出口市场、工厂面积、员工人数或技术能力。</w:t>
            </w:r>
          </w:p>
        </w:tc>
      </w:tr>
    </w:tbl>
    <w:p w14:paraId="0182990D" w14:textId="77777777" w:rsidR="003C37FB" w:rsidRDefault="003C37FB">
      <w:pPr>
        <w:spacing w:after="140"/>
        <w:rPr>
          <w:lang w:eastAsia="zh-CN"/>
        </w:rPr>
      </w:pPr>
    </w:p>
    <w:p w14:paraId="0A363223" w14:textId="77777777" w:rsidR="003C37FB" w:rsidRDefault="00000000">
      <w:pPr>
        <w:pStyle w:val="1"/>
      </w:pPr>
      <w:r>
        <w:t xml:space="preserve">1. </w:t>
      </w:r>
      <w:r>
        <w:t>公司基础信息</w:t>
      </w:r>
    </w:p>
    <w:tbl>
      <w:tblPr>
        <w:tblW w:w="9360" w:type="dxa"/>
        <w:tblInd w:w="120" w:type="dxa"/>
        <w:tblBorders>
          <w:top w:val="single" w:sz="4" w:space="0" w:color="B9C3D0"/>
          <w:left w:val="single" w:sz="4" w:space="0" w:color="B9C3D0"/>
          <w:bottom w:val="single" w:sz="4" w:space="0" w:color="B9C3D0"/>
          <w:right w:val="single" w:sz="4" w:space="0" w:color="B9C3D0"/>
          <w:insideH w:val="single" w:sz="4" w:space="0" w:color="B9C3D0"/>
          <w:insideV w:val="single" w:sz="4" w:space="0" w:color="B9C3D0"/>
        </w:tblBorders>
        <w:tblLayout w:type="fixed"/>
        <w:tblLook w:val="04A0" w:firstRow="1" w:lastRow="0" w:firstColumn="1" w:lastColumn="0" w:noHBand="0" w:noVBand="1"/>
      </w:tblPr>
      <w:tblGrid>
        <w:gridCol w:w="3672"/>
        <w:gridCol w:w="5688"/>
      </w:tblGrid>
      <w:tr w:rsidR="003C37FB" w14:paraId="092C8F2D" w14:textId="77777777">
        <w:trPr>
          <w:tblHeader/>
        </w:trPr>
        <w:tc>
          <w:tcPr>
            <w:tcW w:w="3672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C2E14D9" w14:textId="77777777" w:rsidR="003C37FB" w:rsidRDefault="00000000">
            <w:pPr>
              <w:spacing w:after="0"/>
            </w:pPr>
            <w:r>
              <w:rPr>
                <w:b/>
                <w:color w:val="0B2545"/>
                <w:sz w:val="21"/>
              </w:rPr>
              <w:t>项目与填写要求</w:t>
            </w:r>
          </w:p>
        </w:tc>
        <w:tc>
          <w:tcPr>
            <w:tcW w:w="5688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EE2ADA5" w14:textId="71CEA2BF" w:rsidR="003C37FB" w:rsidRDefault="00000000">
            <w:pPr>
              <w:spacing w:after="0"/>
            </w:pPr>
            <w:proofErr w:type="spellStart"/>
            <w:r>
              <w:rPr>
                <w:b/>
                <w:color w:val="0B2545"/>
                <w:sz w:val="21"/>
              </w:rPr>
              <w:t>填写</w:t>
            </w:r>
            <w:proofErr w:type="spellEnd"/>
            <w:r w:rsidR="00486085">
              <w:rPr>
                <w:rFonts w:hint="eastAsia"/>
                <w:b/>
                <w:color w:val="0B2545"/>
                <w:sz w:val="21"/>
                <w:lang w:eastAsia="zh-CN"/>
              </w:rPr>
              <w:t>区域</w:t>
            </w:r>
          </w:p>
        </w:tc>
      </w:tr>
      <w:tr w:rsidR="003C37FB" w14:paraId="7CFB4D40" w14:textId="77777777">
        <w:tc>
          <w:tcPr>
            <w:tcW w:w="3672" w:type="dxa"/>
          </w:tcPr>
          <w:p w14:paraId="0FEB2EF5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公司英文全称</w:t>
            </w:r>
          </w:p>
          <w:p w14:paraId="4C75347C" w14:textId="03728B08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请填写官方注册名。</w:t>
            </w:r>
          </w:p>
        </w:tc>
        <w:tc>
          <w:tcPr>
            <w:tcW w:w="5688" w:type="dxa"/>
          </w:tcPr>
          <w:p w14:paraId="476B5DD3" w14:textId="77777777" w:rsidR="003C37FB" w:rsidRDefault="003C37FB">
            <w:pPr>
              <w:spacing w:after="0"/>
              <w:rPr>
                <w:lang w:eastAsia="zh-CN"/>
              </w:rPr>
            </w:pPr>
          </w:p>
        </w:tc>
      </w:tr>
      <w:tr w:rsidR="003C37FB" w14:paraId="7E78F762" w14:textId="77777777">
        <w:tc>
          <w:tcPr>
            <w:tcW w:w="3672" w:type="dxa"/>
          </w:tcPr>
          <w:p w14:paraId="4FCF9C24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公司中文全称</w:t>
            </w:r>
          </w:p>
          <w:p w14:paraId="6AA5EFB6" w14:textId="5C4C6947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请填写官方中文名称。</w:t>
            </w:r>
          </w:p>
        </w:tc>
        <w:tc>
          <w:tcPr>
            <w:tcW w:w="5688" w:type="dxa"/>
          </w:tcPr>
          <w:p w14:paraId="7AEA02C3" w14:textId="77777777" w:rsidR="003C37FB" w:rsidRDefault="003C37FB">
            <w:pPr>
              <w:spacing w:after="0"/>
              <w:rPr>
                <w:lang w:eastAsia="zh-CN"/>
              </w:rPr>
            </w:pPr>
          </w:p>
        </w:tc>
      </w:tr>
      <w:tr w:rsidR="003C37FB" w14:paraId="36D8B281" w14:textId="77777777">
        <w:tc>
          <w:tcPr>
            <w:tcW w:w="3672" w:type="dxa"/>
          </w:tcPr>
          <w:p w14:paraId="01B7773F" w14:textId="47F82773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公司一句话</w:t>
            </w:r>
            <w:r w:rsidR="00BB0D7F">
              <w:rPr>
                <w:b/>
                <w:color w:val="0B2545"/>
                <w:sz w:val="20"/>
                <w:lang w:eastAsia="zh-CN"/>
              </w:rPr>
              <w:t>英文</w:t>
            </w:r>
            <w:r>
              <w:rPr>
                <w:b/>
                <w:color w:val="0B2545"/>
                <w:sz w:val="20"/>
                <w:lang w:eastAsia="zh-CN"/>
              </w:rPr>
              <w:t>简介</w:t>
            </w:r>
          </w:p>
          <w:p w14:paraId="76665D1D" w14:textId="1D6C20C4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建议</w:t>
            </w:r>
            <w:r>
              <w:rPr>
                <w:color w:val="555555"/>
                <w:sz w:val="17"/>
                <w:lang w:eastAsia="zh-CN"/>
              </w:rPr>
              <w:t xml:space="preserve"> 1 </w:t>
            </w:r>
            <w:r>
              <w:rPr>
                <w:color w:val="555555"/>
                <w:sz w:val="17"/>
                <w:lang w:eastAsia="zh-CN"/>
              </w:rPr>
              <w:t>句话，说明主营产品、行业和核心能力。</w:t>
            </w:r>
          </w:p>
        </w:tc>
        <w:tc>
          <w:tcPr>
            <w:tcW w:w="5688" w:type="dxa"/>
          </w:tcPr>
          <w:p w14:paraId="500F0857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6BBFC440" w14:textId="77777777" w:rsidR="003C37FB" w:rsidRDefault="003C37FB">
            <w:pPr>
              <w:spacing w:after="200"/>
              <w:rPr>
                <w:lang w:eastAsia="zh-CN"/>
              </w:rPr>
            </w:pPr>
          </w:p>
        </w:tc>
      </w:tr>
      <w:tr w:rsidR="003C37FB" w14:paraId="768E2649" w14:textId="77777777">
        <w:tc>
          <w:tcPr>
            <w:tcW w:w="3672" w:type="dxa"/>
          </w:tcPr>
          <w:p w14:paraId="3244BE07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公司一句话中文简介</w:t>
            </w:r>
          </w:p>
          <w:p w14:paraId="123AF11B" w14:textId="77777777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建议</w:t>
            </w:r>
            <w:r>
              <w:rPr>
                <w:color w:val="555555"/>
                <w:sz w:val="17"/>
                <w:lang w:eastAsia="zh-CN"/>
              </w:rPr>
              <w:t xml:space="preserve"> 1 </w:t>
            </w:r>
            <w:r>
              <w:rPr>
                <w:color w:val="555555"/>
                <w:sz w:val="17"/>
                <w:lang w:eastAsia="zh-CN"/>
              </w:rPr>
              <w:t>句话，与英文简介含义一致。</w:t>
            </w:r>
          </w:p>
        </w:tc>
        <w:tc>
          <w:tcPr>
            <w:tcW w:w="5688" w:type="dxa"/>
          </w:tcPr>
          <w:p w14:paraId="7A40551F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110E8EEF" w14:textId="77777777" w:rsidR="003C37FB" w:rsidRDefault="003C37FB">
            <w:pPr>
              <w:spacing w:after="200"/>
              <w:rPr>
                <w:lang w:eastAsia="zh-CN"/>
              </w:rPr>
            </w:pPr>
          </w:p>
        </w:tc>
      </w:tr>
      <w:tr w:rsidR="003C37FB" w14:paraId="0B9866D1" w14:textId="77777777">
        <w:tc>
          <w:tcPr>
            <w:tcW w:w="3672" w:type="dxa"/>
          </w:tcPr>
          <w:p w14:paraId="465FB8F4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公司英文详细介绍</w:t>
            </w:r>
          </w:p>
          <w:p w14:paraId="61473AFC" w14:textId="44481545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lastRenderedPageBreak/>
              <w:t>建议</w:t>
            </w:r>
            <w:r>
              <w:rPr>
                <w:color w:val="555555"/>
                <w:sz w:val="17"/>
                <w:lang w:eastAsia="zh-CN"/>
              </w:rPr>
              <w:t xml:space="preserve"> 3-5 </w:t>
            </w:r>
            <w:proofErr w:type="gramStart"/>
            <w:r>
              <w:rPr>
                <w:color w:val="555555"/>
                <w:sz w:val="17"/>
                <w:lang w:eastAsia="zh-CN"/>
              </w:rPr>
              <w:t>个</w:t>
            </w:r>
            <w:proofErr w:type="gramEnd"/>
            <w:r>
              <w:rPr>
                <w:color w:val="555555"/>
                <w:sz w:val="17"/>
                <w:lang w:eastAsia="zh-CN"/>
              </w:rPr>
              <w:t>自然段；可介绍历史、产品范围、制造能力、行业经验和服务范围。</w:t>
            </w:r>
          </w:p>
        </w:tc>
        <w:tc>
          <w:tcPr>
            <w:tcW w:w="5688" w:type="dxa"/>
          </w:tcPr>
          <w:p w14:paraId="04AEC74B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40203162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2E134BBA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354CF138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63CEB23B" w14:textId="77777777" w:rsidR="003C37FB" w:rsidRDefault="003C37FB">
            <w:pPr>
              <w:spacing w:after="200"/>
              <w:rPr>
                <w:lang w:eastAsia="zh-CN"/>
              </w:rPr>
            </w:pPr>
          </w:p>
        </w:tc>
      </w:tr>
      <w:tr w:rsidR="003C37FB" w14:paraId="59C4251C" w14:textId="77777777">
        <w:tc>
          <w:tcPr>
            <w:tcW w:w="3672" w:type="dxa"/>
          </w:tcPr>
          <w:p w14:paraId="70AD0A2F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lastRenderedPageBreak/>
              <w:t>公司中文详细介绍</w:t>
            </w:r>
          </w:p>
          <w:p w14:paraId="396C97FF" w14:textId="77777777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建议</w:t>
            </w:r>
            <w:r>
              <w:rPr>
                <w:color w:val="555555"/>
                <w:sz w:val="17"/>
                <w:lang w:eastAsia="zh-CN"/>
              </w:rPr>
              <w:t xml:space="preserve"> 3-5 </w:t>
            </w:r>
            <w:proofErr w:type="gramStart"/>
            <w:r>
              <w:rPr>
                <w:color w:val="555555"/>
                <w:sz w:val="17"/>
                <w:lang w:eastAsia="zh-CN"/>
              </w:rPr>
              <w:t>个</w:t>
            </w:r>
            <w:proofErr w:type="gramEnd"/>
            <w:r>
              <w:rPr>
                <w:color w:val="555555"/>
                <w:sz w:val="17"/>
                <w:lang w:eastAsia="zh-CN"/>
              </w:rPr>
              <w:t>自然段；与英文内容一致。</w:t>
            </w:r>
          </w:p>
        </w:tc>
        <w:tc>
          <w:tcPr>
            <w:tcW w:w="5688" w:type="dxa"/>
          </w:tcPr>
          <w:p w14:paraId="160FF345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7CF46B8A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47CE864B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5902BA25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58AC018B" w14:textId="77777777" w:rsidR="003C37FB" w:rsidRDefault="003C37FB">
            <w:pPr>
              <w:spacing w:after="200"/>
              <w:rPr>
                <w:lang w:eastAsia="zh-CN"/>
              </w:rPr>
            </w:pPr>
          </w:p>
        </w:tc>
      </w:tr>
      <w:tr w:rsidR="003C37FB" w14:paraId="04950303" w14:textId="77777777">
        <w:tc>
          <w:tcPr>
            <w:tcW w:w="3672" w:type="dxa"/>
          </w:tcPr>
          <w:p w14:paraId="54D0876D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公司优势（中英文）</w:t>
            </w:r>
          </w:p>
          <w:p w14:paraId="5EE83BC9" w14:textId="77777777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逐条填写真实优势，例如制造能力、认证资质、测试能力、服务网络、典型客户等。建议每条同时提供中文和英文。</w:t>
            </w:r>
          </w:p>
        </w:tc>
        <w:tc>
          <w:tcPr>
            <w:tcW w:w="5688" w:type="dxa"/>
          </w:tcPr>
          <w:p w14:paraId="0E4A6A09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57D290D8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440B8370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08BE38C8" w14:textId="77777777" w:rsidR="003C37FB" w:rsidRDefault="003C37FB">
            <w:pPr>
              <w:spacing w:after="200"/>
              <w:rPr>
                <w:lang w:eastAsia="zh-CN"/>
              </w:rPr>
            </w:pPr>
          </w:p>
        </w:tc>
      </w:tr>
      <w:tr w:rsidR="003C37FB" w14:paraId="3479BDEC" w14:textId="77777777">
        <w:tc>
          <w:tcPr>
            <w:tcW w:w="3672" w:type="dxa"/>
          </w:tcPr>
          <w:p w14:paraId="63A13FF6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官网</w:t>
            </w:r>
          </w:p>
          <w:p w14:paraId="3C1FB136" w14:textId="420C7B33" w:rsidR="003C37FB" w:rsidRDefault="00000000">
            <w:pPr>
              <w:spacing w:after="0" w:line="276" w:lineRule="auto"/>
              <w:rPr>
                <w:rFonts w:hint="eastAsia"/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请填写完整网址，以</w:t>
            </w:r>
            <w:r>
              <w:rPr>
                <w:color w:val="555555"/>
                <w:sz w:val="17"/>
                <w:lang w:eastAsia="zh-CN"/>
              </w:rPr>
              <w:t xml:space="preserve"> http:// </w:t>
            </w:r>
            <w:r>
              <w:rPr>
                <w:color w:val="555555"/>
                <w:sz w:val="17"/>
                <w:lang w:eastAsia="zh-CN"/>
              </w:rPr>
              <w:t>或</w:t>
            </w:r>
            <w:r>
              <w:rPr>
                <w:color w:val="555555"/>
                <w:sz w:val="17"/>
                <w:lang w:eastAsia="zh-CN"/>
              </w:rPr>
              <w:t xml:space="preserve"> https:// </w:t>
            </w:r>
            <w:r>
              <w:rPr>
                <w:color w:val="555555"/>
                <w:sz w:val="17"/>
                <w:lang w:eastAsia="zh-CN"/>
              </w:rPr>
              <w:t>开头。</w:t>
            </w:r>
            <w:r w:rsidR="006B56AC">
              <w:rPr>
                <w:rFonts w:hint="eastAsia"/>
                <w:color w:val="555555"/>
                <w:sz w:val="17"/>
                <w:lang w:eastAsia="zh-CN"/>
              </w:rPr>
              <w:t>以英文网站链接为主，无法提供时提供中文链接。</w:t>
            </w:r>
          </w:p>
        </w:tc>
        <w:tc>
          <w:tcPr>
            <w:tcW w:w="5688" w:type="dxa"/>
          </w:tcPr>
          <w:p w14:paraId="26DE2D39" w14:textId="77777777" w:rsidR="003C37FB" w:rsidRDefault="003C37FB">
            <w:pPr>
              <w:spacing w:after="0"/>
              <w:rPr>
                <w:lang w:eastAsia="zh-CN"/>
              </w:rPr>
            </w:pPr>
          </w:p>
        </w:tc>
      </w:tr>
      <w:tr w:rsidR="003C37FB" w14:paraId="2B9F96D7" w14:textId="77777777">
        <w:tc>
          <w:tcPr>
            <w:tcW w:w="3672" w:type="dxa"/>
          </w:tcPr>
          <w:p w14:paraId="3D77D4E3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公司视频链接</w:t>
            </w:r>
          </w:p>
          <w:p w14:paraId="392ECD40" w14:textId="77777777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如有</w:t>
            </w:r>
            <w:r>
              <w:rPr>
                <w:color w:val="555555"/>
                <w:sz w:val="17"/>
                <w:lang w:eastAsia="zh-CN"/>
              </w:rPr>
              <w:t xml:space="preserve"> YouTube</w:t>
            </w:r>
            <w:r>
              <w:rPr>
                <w:color w:val="555555"/>
                <w:sz w:val="17"/>
                <w:lang w:eastAsia="zh-CN"/>
              </w:rPr>
              <w:t>、</w:t>
            </w:r>
            <w:proofErr w:type="gramStart"/>
            <w:r>
              <w:rPr>
                <w:color w:val="555555"/>
                <w:sz w:val="17"/>
                <w:lang w:eastAsia="zh-CN"/>
              </w:rPr>
              <w:t>官网视频</w:t>
            </w:r>
            <w:proofErr w:type="gramEnd"/>
            <w:r>
              <w:rPr>
                <w:color w:val="555555"/>
                <w:sz w:val="17"/>
                <w:lang w:eastAsia="zh-CN"/>
              </w:rPr>
              <w:t>或其他公开视频</w:t>
            </w:r>
            <w:proofErr w:type="gramStart"/>
            <w:r>
              <w:rPr>
                <w:color w:val="555555"/>
                <w:sz w:val="17"/>
                <w:lang w:eastAsia="zh-CN"/>
              </w:rPr>
              <w:t>链接请</w:t>
            </w:r>
            <w:proofErr w:type="gramEnd"/>
            <w:r>
              <w:rPr>
                <w:color w:val="555555"/>
                <w:sz w:val="17"/>
                <w:lang w:eastAsia="zh-CN"/>
              </w:rPr>
              <w:t>填写；无则留空。</w:t>
            </w:r>
          </w:p>
        </w:tc>
        <w:tc>
          <w:tcPr>
            <w:tcW w:w="5688" w:type="dxa"/>
          </w:tcPr>
          <w:p w14:paraId="5384E059" w14:textId="77777777" w:rsidR="003C37FB" w:rsidRDefault="003C37FB">
            <w:pPr>
              <w:spacing w:after="0"/>
              <w:rPr>
                <w:lang w:eastAsia="zh-CN"/>
              </w:rPr>
            </w:pPr>
          </w:p>
        </w:tc>
      </w:tr>
      <w:tr w:rsidR="003C37FB" w14:paraId="436A006A" w14:textId="77777777">
        <w:tc>
          <w:tcPr>
            <w:tcW w:w="3672" w:type="dxa"/>
          </w:tcPr>
          <w:p w14:paraId="246A8E26" w14:textId="77777777" w:rsidR="003C37FB" w:rsidRDefault="00000000">
            <w:pPr>
              <w:spacing w:after="60"/>
            </w:pPr>
            <w:proofErr w:type="spellStart"/>
            <w:r>
              <w:rPr>
                <w:b/>
                <w:color w:val="0B2545"/>
                <w:sz w:val="20"/>
              </w:rPr>
              <w:t>社交媒体链接</w:t>
            </w:r>
            <w:proofErr w:type="spellEnd"/>
          </w:p>
          <w:p w14:paraId="26DC0BB1" w14:textId="77777777" w:rsidR="003C37FB" w:rsidRDefault="00000000">
            <w:pPr>
              <w:spacing w:after="0" w:line="276" w:lineRule="auto"/>
            </w:pPr>
            <w:r>
              <w:rPr>
                <w:color w:val="555555"/>
                <w:sz w:val="17"/>
              </w:rPr>
              <w:t>如</w:t>
            </w:r>
            <w:r>
              <w:rPr>
                <w:color w:val="555555"/>
                <w:sz w:val="17"/>
              </w:rPr>
              <w:t xml:space="preserve"> LinkedIn</w:t>
            </w:r>
            <w:r>
              <w:rPr>
                <w:color w:val="555555"/>
                <w:sz w:val="17"/>
              </w:rPr>
              <w:t>、</w:t>
            </w:r>
            <w:r>
              <w:rPr>
                <w:color w:val="555555"/>
                <w:sz w:val="17"/>
              </w:rPr>
              <w:t xml:space="preserve">YouTube </w:t>
            </w:r>
            <w:r>
              <w:rPr>
                <w:color w:val="555555"/>
                <w:sz w:val="17"/>
              </w:rPr>
              <w:t>等；请注明平台名称和链接。</w:t>
            </w:r>
          </w:p>
        </w:tc>
        <w:tc>
          <w:tcPr>
            <w:tcW w:w="5688" w:type="dxa"/>
          </w:tcPr>
          <w:p w14:paraId="62B94E81" w14:textId="77777777" w:rsidR="003C37FB" w:rsidRDefault="003C37FB">
            <w:pPr>
              <w:spacing w:after="200"/>
            </w:pPr>
          </w:p>
          <w:p w14:paraId="7A059675" w14:textId="77777777" w:rsidR="003C37FB" w:rsidRDefault="003C37FB">
            <w:pPr>
              <w:spacing w:after="200"/>
            </w:pPr>
          </w:p>
        </w:tc>
      </w:tr>
    </w:tbl>
    <w:p w14:paraId="549EAA5D" w14:textId="77777777" w:rsidR="003C37FB" w:rsidRDefault="003C37FB">
      <w:pPr>
        <w:spacing w:after="140"/>
      </w:pPr>
    </w:p>
    <w:p w14:paraId="65FA930A" w14:textId="77777777" w:rsidR="003C37FB" w:rsidRDefault="00000000">
      <w:pPr>
        <w:pStyle w:val="1"/>
      </w:pPr>
      <w:r>
        <w:lastRenderedPageBreak/>
        <w:t xml:space="preserve">2. </w:t>
      </w:r>
      <w:r>
        <w:t>联系方式与经营信息</w:t>
      </w:r>
    </w:p>
    <w:tbl>
      <w:tblPr>
        <w:tblW w:w="9360" w:type="dxa"/>
        <w:tblInd w:w="120" w:type="dxa"/>
        <w:tblBorders>
          <w:top w:val="single" w:sz="4" w:space="0" w:color="B9C3D0"/>
          <w:left w:val="single" w:sz="4" w:space="0" w:color="B9C3D0"/>
          <w:bottom w:val="single" w:sz="4" w:space="0" w:color="B9C3D0"/>
          <w:right w:val="single" w:sz="4" w:space="0" w:color="B9C3D0"/>
          <w:insideH w:val="single" w:sz="4" w:space="0" w:color="B9C3D0"/>
          <w:insideV w:val="single" w:sz="4" w:space="0" w:color="B9C3D0"/>
        </w:tblBorders>
        <w:tblLayout w:type="fixed"/>
        <w:tblLook w:val="04A0" w:firstRow="1" w:lastRow="0" w:firstColumn="1" w:lastColumn="0" w:noHBand="0" w:noVBand="1"/>
      </w:tblPr>
      <w:tblGrid>
        <w:gridCol w:w="3672"/>
        <w:gridCol w:w="5688"/>
      </w:tblGrid>
      <w:tr w:rsidR="003C37FB" w14:paraId="6C89F9CC" w14:textId="77777777">
        <w:trPr>
          <w:tblHeader/>
        </w:trPr>
        <w:tc>
          <w:tcPr>
            <w:tcW w:w="3672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8E7DDFE" w14:textId="77777777" w:rsidR="003C37FB" w:rsidRDefault="00000000">
            <w:pPr>
              <w:spacing w:after="0"/>
            </w:pPr>
            <w:r>
              <w:rPr>
                <w:b/>
                <w:color w:val="0B2545"/>
                <w:sz w:val="21"/>
              </w:rPr>
              <w:t>项目与填写要求</w:t>
            </w:r>
          </w:p>
        </w:tc>
        <w:tc>
          <w:tcPr>
            <w:tcW w:w="5688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23C40AC" w14:textId="77777777" w:rsidR="003C37FB" w:rsidRDefault="00000000">
            <w:pPr>
              <w:spacing w:after="0"/>
            </w:pPr>
            <w:r>
              <w:rPr>
                <w:b/>
                <w:color w:val="0B2545"/>
                <w:sz w:val="21"/>
              </w:rPr>
              <w:t>生产商填写</w:t>
            </w:r>
          </w:p>
        </w:tc>
      </w:tr>
      <w:tr w:rsidR="003C37FB" w14:paraId="53911270" w14:textId="77777777">
        <w:tc>
          <w:tcPr>
            <w:tcW w:w="3672" w:type="dxa"/>
          </w:tcPr>
          <w:p w14:paraId="0440F5DB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公开联系邮箱</w:t>
            </w:r>
          </w:p>
          <w:p w14:paraId="4B249804" w14:textId="08DCCF86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可填写</w:t>
            </w:r>
            <w:r w:rsidR="006B56AC">
              <w:rPr>
                <w:rFonts w:hint="eastAsia"/>
                <w:color w:val="555555"/>
                <w:sz w:val="17"/>
                <w:lang w:eastAsia="zh-CN"/>
              </w:rPr>
              <w:t>最多两</w:t>
            </w:r>
            <w:r>
              <w:rPr>
                <w:color w:val="555555"/>
                <w:sz w:val="17"/>
                <w:lang w:eastAsia="zh-CN"/>
              </w:rPr>
              <w:t>个邮箱；请确认可以公开展示。</w:t>
            </w:r>
          </w:p>
        </w:tc>
        <w:tc>
          <w:tcPr>
            <w:tcW w:w="5688" w:type="dxa"/>
          </w:tcPr>
          <w:p w14:paraId="55E8B9E7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5C30B4B3" w14:textId="77777777" w:rsidR="003C37FB" w:rsidRDefault="003C37FB">
            <w:pPr>
              <w:spacing w:after="200"/>
              <w:rPr>
                <w:lang w:eastAsia="zh-CN"/>
              </w:rPr>
            </w:pPr>
          </w:p>
        </w:tc>
      </w:tr>
      <w:tr w:rsidR="003C37FB" w14:paraId="64DFEB58" w14:textId="77777777">
        <w:tc>
          <w:tcPr>
            <w:tcW w:w="3672" w:type="dxa"/>
          </w:tcPr>
          <w:p w14:paraId="7F7D439A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公开联系电话</w:t>
            </w:r>
          </w:p>
          <w:p w14:paraId="039760E3" w14:textId="1420E17E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建议包含国家区号；可填写</w:t>
            </w:r>
            <w:r w:rsidR="006B56AC">
              <w:rPr>
                <w:rFonts w:hint="eastAsia"/>
                <w:color w:val="555555"/>
                <w:sz w:val="17"/>
                <w:lang w:eastAsia="zh-CN"/>
              </w:rPr>
              <w:t>最多两</w:t>
            </w:r>
            <w:r>
              <w:rPr>
                <w:color w:val="555555"/>
                <w:sz w:val="17"/>
                <w:lang w:eastAsia="zh-CN"/>
              </w:rPr>
              <w:t>个号码。</w:t>
            </w:r>
          </w:p>
        </w:tc>
        <w:tc>
          <w:tcPr>
            <w:tcW w:w="5688" w:type="dxa"/>
          </w:tcPr>
          <w:p w14:paraId="616C9458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1D83D06F" w14:textId="77777777" w:rsidR="003C37FB" w:rsidRDefault="003C37FB">
            <w:pPr>
              <w:spacing w:after="200"/>
              <w:rPr>
                <w:lang w:eastAsia="zh-CN"/>
              </w:rPr>
            </w:pPr>
          </w:p>
        </w:tc>
      </w:tr>
      <w:tr w:rsidR="003C37FB" w14:paraId="5335873D" w14:textId="77777777">
        <w:tc>
          <w:tcPr>
            <w:tcW w:w="3672" w:type="dxa"/>
          </w:tcPr>
          <w:p w14:paraId="7D547192" w14:textId="4C776AE6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国家</w:t>
            </w:r>
          </w:p>
          <w:p w14:paraId="2B95EFBE" w14:textId="77777777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请填写英文和中文名称，例如</w:t>
            </w:r>
            <w:r>
              <w:rPr>
                <w:color w:val="555555"/>
                <w:sz w:val="17"/>
                <w:lang w:eastAsia="zh-CN"/>
              </w:rPr>
              <w:t xml:space="preserve"> China / </w:t>
            </w:r>
            <w:r>
              <w:rPr>
                <w:color w:val="555555"/>
                <w:sz w:val="17"/>
                <w:lang w:eastAsia="zh-CN"/>
              </w:rPr>
              <w:t>中国。</w:t>
            </w:r>
          </w:p>
        </w:tc>
        <w:tc>
          <w:tcPr>
            <w:tcW w:w="5688" w:type="dxa"/>
          </w:tcPr>
          <w:p w14:paraId="321B0FAF" w14:textId="77777777" w:rsidR="003C37FB" w:rsidRDefault="003C37FB">
            <w:pPr>
              <w:spacing w:after="0"/>
              <w:rPr>
                <w:lang w:eastAsia="zh-CN"/>
              </w:rPr>
            </w:pPr>
          </w:p>
        </w:tc>
      </w:tr>
      <w:tr w:rsidR="003C37FB" w14:paraId="5344F24C" w14:textId="77777777">
        <w:tc>
          <w:tcPr>
            <w:tcW w:w="3672" w:type="dxa"/>
          </w:tcPr>
          <w:p w14:paraId="479200C2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城市</w:t>
            </w:r>
          </w:p>
          <w:p w14:paraId="4733E4E6" w14:textId="1C4CE860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请填写中文名称。</w:t>
            </w:r>
          </w:p>
        </w:tc>
        <w:tc>
          <w:tcPr>
            <w:tcW w:w="5688" w:type="dxa"/>
          </w:tcPr>
          <w:p w14:paraId="2CE11DE7" w14:textId="77777777" w:rsidR="003C37FB" w:rsidRDefault="003C37FB">
            <w:pPr>
              <w:spacing w:after="0"/>
              <w:rPr>
                <w:lang w:eastAsia="zh-CN"/>
              </w:rPr>
            </w:pPr>
          </w:p>
        </w:tc>
      </w:tr>
      <w:tr w:rsidR="003C37FB" w14:paraId="518FAFAA" w14:textId="77777777">
        <w:tc>
          <w:tcPr>
            <w:tcW w:w="3672" w:type="dxa"/>
          </w:tcPr>
          <w:p w14:paraId="17101D1C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详细地址</w:t>
            </w:r>
          </w:p>
          <w:p w14:paraId="60398A4B" w14:textId="77777777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填写可公开展示的办公室、工厂或注册地址。</w:t>
            </w:r>
          </w:p>
        </w:tc>
        <w:tc>
          <w:tcPr>
            <w:tcW w:w="5688" w:type="dxa"/>
          </w:tcPr>
          <w:p w14:paraId="1A7B5842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08F59CDE" w14:textId="77777777" w:rsidR="003C37FB" w:rsidRDefault="003C37FB">
            <w:pPr>
              <w:spacing w:after="200"/>
              <w:rPr>
                <w:lang w:eastAsia="zh-CN"/>
              </w:rPr>
            </w:pPr>
          </w:p>
        </w:tc>
      </w:tr>
      <w:tr w:rsidR="003C37FB" w14:paraId="1263BBA7" w14:textId="77777777">
        <w:tc>
          <w:tcPr>
            <w:tcW w:w="3672" w:type="dxa"/>
          </w:tcPr>
          <w:p w14:paraId="1052DD62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成立年份</w:t>
            </w:r>
          </w:p>
          <w:p w14:paraId="5603BD29" w14:textId="77777777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只填写可核验年份；未知则留空。</w:t>
            </w:r>
          </w:p>
        </w:tc>
        <w:tc>
          <w:tcPr>
            <w:tcW w:w="5688" w:type="dxa"/>
          </w:tcPr>
          <w:p w14:paraId="687CAF73" w14:textId="77777777" w:rsidR="003C37FB" w:rsidRDefault="003C37FB">
            <w:pPr>
              <w:spacing w:after="0"/>
              <w:rPr>
                <w:lang w:eastAsia="zh-CN"/>
              </w:rPr>
            </w:pPr>
          </w:p>
        </w:tc>
      </w:tr>
      <w:tr w:rsidR="003C37FB" w14:paraId="02DE396B" w14:textId="77777777">
        <w:tc>
          <w:tcPr>
            <w:tcW w:w="3672" w:type="dxa"/>
          </w:tcPr>
          <w:p w14:paraId="1722A639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工厂面积</w:t>
            </w:r>
          </w:p>
          <w:p w14:paraId="274FA729" w14:textId="77777777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请保留单位，例如</w:t>
            </w:r>
            <w:r>
              <w:rPr>
                <w:color w:val="555555"/>
                <w:sz w:val="17"/>
                <w:lang w:eastAsia="zh-CN"/>
              </w:rPr>
              <w:t xml:space="preserve"> 20000 m2</w:t>
            </w:r>
            <w:r>
              <w:rPr>
                <w:color w:val="555555"/>
                <w:sz w:val="17"/>
                <w:lang w:eastAsia="zh-CN"/>
              </w:rPr>
              <w:t>；未知或无法核验则留空。</w:t>
            </w:r>
          </w:p>
        </w:tc>
        <w:tc>
          <w:tcPr>
            <w:tcW w:w="5688" w:type="dxa"/>
          </w:tcPr>
          <w:p w14:paraId="35CC8A31" w14:textId="77777777" w:rsidR="003C37FB" w:rsidRDefault="003C37FB">
            <w:pPr>
              <w:spacing w:after="0"/>
              <w:rPr>
                <w:lang w:eastAsia="zh-CN"/>
              </w:rPr>
            </w:pPr>
          </w:p>
        </w:tc>
      </w:tr>
      <w:tr w:rsidR="003C37FB" w14:paraId="058998BE" w14:textId="77777777">
        <w:tc>
          <w:tcPr>
            <w:tcW w:w="3672" w:type="dxa"/>
          </w:tcPr>
          <w:p w14:paraId="224D7984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员工人数</w:t>
            </w:r>
          </w:p>
          <w:p w14:paraId="113B86EA" w14:textId="77777777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可填写范围或约数，例如</w:t>
            </w:r>
            <w:r>
              <w:rPr>
                <w:color w:val="555555"/>
                <w:sz w:val="17"/>
                <w:lang w:eastAsia="zh-CN"/>
              </w:rPr>
              <w:t xml:space="preserve"> 200+</w:t>
            </w:r>
            <w:r>
              <w:rPr>
                <w:color w:val="555555"/>
                <w:sz w:val="17"/>
                <w:lang w:eastAsia="zh-CN"/>
              </w:rPr>
              <w:t>；未知或无法核验则留空。</w:t>
            </w:r>
          </w:p>
        </w:tc>
        <w:tc>
          <w:tcPr>
            <w:tcW w:w="5688" w:type="dxa"/>
          </w:tcPr>
          <w:p w14:paraId="33B36DD7" w14:textId="77777777" w:rsidR="003C37FB" w:rsidRDefault="003C37FB">
            <w:pPr>
              <w:spacing w:after="0"/>
              <w:rPr>
                <w:lang w:eastAsia="zh-CN"/>
              </w:rPr>
            </w:pPr>
          </w:p>
        </w:tc>
      </w:tr>
      <w:tr w:rsidR="003C37FB" w14:paraId="00C36CC8" w14:textId="77777777">
        <w:tc>
          <w:tcPr>
            <w:tcW w:w="3672" w:type="dxa"/>
          </w:tcPr>
          <w:p w14:paraId="0AB55704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适用行业</w:t>
            </w:r>
          </w:p>
          <w:p w14:paraId="69D7EB73" w14:textId="77777777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从下方行业名称中选择，可多选。</w:t>
            </w:r>
          </w:p>
        </w:tc>
        <w:tc>
          <w:tcPr>
            <w:tcW w:w="5688" w:type="dxa"/>
          </w:tcPr>
          <w:p w14:paraId="1B70810F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4613CD9A" w14:textId="77777777" w:rsidR="003C37FB" w:rsidRDefault="003C37FB">
            <w:pPr>
              <w:spacing w:after="200"/>
              <w:rPr>
                <w:lang w:eastAsia="zh-CN"/>
              </w:rPr>
            </w:pPr>
          </w:p>
        </w:tc>
      </w:tr>
      <w:tr w:rsidR="003C37FB" w14:paraId="03F05D42" w14:textId="77777777">
        <w:tc>
          <w:tcPr>
            <w:tcW w:w="3672" w:type="dxa"/>
          </w:tcPr>
          <w:p w14:paraId="6430F458" w14:textId="77777777" w:rsidR="003C37FB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出口市场</w:t>
            </w:r>
          </w:p>
          <w:p w14:paraId="451ABCF2" w14:textId="77777777" w:rsidR="003C37FB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填写真实出口国家</w:t>
            </w:r>
            <w:r>
              <w:rPr>
                <w:color w:val="555555"/>
                <w:sz w:val="17"/>
                <w:lang w:eastAsia="zh-CN"/>
              </w:rPr>
              <w:t>/</w:t>
            </w:r>
            <w:r>
              <w:rPr>
                <w:color w:val="555555"/>
                <w:sz w:val="17"/>
                <w:lang w:eastAsia="zh-CN"/>
              </w:rPr>
              <w:t>地区；可写国家英文名、中文名或两字母代码。</w:t>
            </w:r>
          </w:p>
        </w:tc>
        <w:tc>
          <w:tcPr>
            <w:tcW w:w="5688" w:type="dxa"/>
          </w:tcPr>
          <w:p w14:paraId="2DCF6136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07D13188" w14:textId="77777777" w:rsidR="003C37FB" w:rsidRDefault="003C37FB">
            <w:pPr>
              <w:spacing w:after="200"/>
              <w:rPr>
                <w:lang w:eastAsia="zh-CN"/>
              </w:rPr>
            </w:pPr>
          </w:p>
          <w:p w14:paraId="7F65EADF" w14:textId="77777777" w:rsidR="003C37FB" w:rsidRDefault="003C37FB">
            <w:pPr>
              <w:spacing w:after="200"/>
              <w:rPr>
                <w:lang w:eastAsia="zh-CN"/>
              </w:rPr>
            </w:pPr>
          </w:p>
        </w:tc>
      </w:tr>
    </w:tbl>
    <w:p w14:paraId="3FD27D3A" w14:textId="77777777" w:rsidR="003C37FB" w:rsidRDefault="003C37FB">
      <w:pPr>
        <w:spacing w:after="140"/>
        <w:rPr>
          <w:lang w:eastAsia="zh-CN"/>
        </w:rPr>
      </w:pPr>
    </w:p>
    <w:p w14:paraId="091AF8EF" w14:textId="77777777" w:rsidR="003C37FB" w:rsidRDefault="00000000">
      <w:pPr>
        <w:pStyle w:val="1"/>
      </w:pPr>
      <w:r>
        <w:lastRenderedPageBreak/>
        <w:t xml:space="preserve">3. </w:t>
      </w:r>
      <w:r>
        <w:t>行业选项</w:t>
      </w:r>
    </w:p>
    <w:tbl>
      <w:tblPr>
        <w:tblW w:w="9360" w:type="dxa"/>
        <w:tblInd w:w="120" w:type="dxa"/>
        <w:tblBorders>
          <w:top w:val="single" w:sz="4" w:space="0" w:color="9AA7B7"/>
          <w:left w:val="single" w:sz="4" w:space="0" w:color="9AA7B7"/>
          <w:bottom w:val="single" w:sz="4" w:space="0" w:color="9AA7B7"/>
          <w:right w:val="single" w:sz="4" w:space="0" w:color="9AA7B7"/>
          <w:insideH w:val="single" w:sz="4" w:space="0" w:color="9AA7B7"/>
          <w:insideV w:val="single" w:sz="4" w:space="0" w:color="9AA7B7"/>
        </w:tblBorders>
        <w:tblLayout w:type="fixed"/>
        <w:tblLook w:val="04A0" w:firstRow="1" w:lastRow="0" w:firstColumn="1" w:lastColumn="0" w:noHBand="0" w:noVBand="1"/>
      </w:tblPr>
      <w:tblGrid>
        <w:gridCol w:w="936"/>
        <w:gridCol w:w="3816"/>
        <w:gridCol w:w="4608"/>
      </w:tblGrid>
      <w:tr w:rsidR="003C37FB" w14:paraId="6D308CA4" w14:textId="77777777">
        <w:trPr>
          <w:tblHeader/>
        </w:trPr>
        <w:tc>
          <w:tcPr>
            <w:tcW w:w="936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ACC9AA6" w14:textId="77777777" w:rsidR="003C37FB" w:rsidRDefault="00000000">
            <w:pPr>
              <w:spacing w:after="0"/>
            </w:pPr>
            <w:r>
              <w:rPr>
                <w:b/>
                <w:color w:val="0B2545"/>
                <w:sz w:val="21"/>
              </w:rPr>
              <w:t>编号</w:t>
            </w:r>
          </w:p>
        </w:tc>
        <w:tc>
          <w:tcPr>
            <w:tcW w:w="3816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655CA7D" w14:textId="77777777" w:rsidR="003C37FB" w:rsidRDefault="00000000">
            <w:pPr>
              <w:spacing w:after="0"/>
            </w:pPr>
            <w:r>
              <w:rPr>
                <w:b/>
                <w:color w:val="0B2545"/>
                <w:sz w:val="21"/>
              </w:rPr>
              <w:t>英文名称</w:t>
            </w:r>
          </w:p>
        </w:tc>
        <w:tc>
          <w:tcPr>
            <w:tcW w:w="4608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44604BC" w14:textId="77777777" w:rsidR="003C37FB" w:rsidRDefault="00000000">
            <w:pPr>
              <w:spacing w:after="0"/>
            </w:pPr>
            <w:r>
              <w:rPr>
                <w:b/>
                <w:color w:val="0B2545"/>
                <w:sz w:val="21"/>
              </w:rPr>
              <w:t>中文名称</w:t>
            </w:r>
          </w:p>
        </w:tc>
      </w:tr>
      <w:tr w:rsidR="003C37FB" w14:paraId="3765302D" w14:textId="77777777">
        <w:tc>
          <w:tcPr>
            <w:tcW w:w="936" w:type="dxa"/>
          </w:tcPr>
          <w:p w14:paraId="7A906271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1</w:t>
            </w:r>
          </w:p>
        </w:tc>
        <w:tc>
          <w:tcPr>
            <w:tcW w:w="3816" w:type="dxa"/>
          </w:tcPr>
          <w:p w14:paraId="101D746D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HVAC</w:t>
            </w:r>
          </w:p>
        </w:tc>
        <w:tc>
          <w:tcPr>
            <w:tcW w:w="4608" w:type="dxa"/>
          </w:tcPr>
          <w:p w14:paraId="55083850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暖通空调</w:t>
            </w:r>
          </w:p>
        </w:tc>
      </w:tr>
      <w:tr w:rsidR="003C37FB" w14:paraId="78DCD78F" w14:textId="77777777">
        <w:tc>
          <w:tcPr>
            <w:tcW w:w="936" w:type="dxa"/>
          </w:tcPr>
          <w:p w14:paraId="3FF60364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2</w:t>
            </w:r>
          </w:p>
        </w:tc>
        <w:tc>
          <w:tcPr>
            <w:tcW w:w="3816" w:type="dxa"/>
          </w:tcPr>
          <w:p w14:paraId="5BECF363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Petrochemical</w:t>
            </w:r>
          </w:p>
        </w:tc>
        <w:tc>
          <w:tcPr>
            <w:tcW w:w="4608" w:type="dxa"/>
          </w:tcPr>
          <w:p w14:paraId="2C41F18F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石油化工</w:t>
            </w:r>
          </w:p>
        </w:tc>
      </w:tr>
      <w:tr w:rsidR="003C37FB" w14:paraId="7800D827" w14:textId="77777777">
        <w:tc>
          <w:tcPr>
            <w:tcW w:w="936" w:type="dxa"/>
          </w:tcPr>
          <w:p w14:paraId="4B467645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3</w:t>
            </w:r>
          </w:p>
        </w:tc>
        <w:tc>
          <w:tcPr>
            <w:tcW w:w="3816" w:type="dxa"/>
          </w:tcPr>
          <w:p w14:paraId="69340F81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Marine</w:t>
            </w:r>
          </w:p>
        </w:tc>
        <w:tc>
          <w:tcPr>
            <w:tcW w:w="4608" w:type="dxa"/>
          </w:tcPr>
          <w:p w14:paraId="0D43AAEC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船舶</w:t>
            </w:r>
            <w:r>
              <w:rPr>
                <w:color w:val="000000"/>
                <w:sz w:val="19"/>
              </w:rPr>
              <w:t>/</w:t>
            </w:r>
            <w:r>
              <w:rPr>
                <w:color w:val="000000"/>
                <w:sz w:val="19"/>
              </w:rPr>
              <w:t>海工</w:t>
            </w:r>
          </w:p>
        </w:tc>
      </w:tr>
      <w:tr w:rsidR="003C37FB" w14:paraId="3532FE23" w14:textId="77777777">
        <w:tc>
          <w:tcPr>
            <w:tcW w:w="936" w:type="dxa"/>
          </w:tcPr>
          <w:p w14:paraId="537147C1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4</w:t>
            </w:r>
          </w:p>
        </w:tc>
        <w:tc>
          <w:tcPr>
            <w:tcW w:w="3816" w:type="dxa"/>
          </w:tcPr>
          <w:p w14:paraId="3BDA8D0E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Energy</w:t>
            </w:r>
          </w:p>
        </w:tc>
        <w:tc>
          <w:tcPr>
            <w:tcW w:w="4608" w:type="dxa"/>
          </w:tcPr>
          <w:p w14:paraId="4A623909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能源</w:t>
            </w:r>
          </w:p>
        </w:tc>
      </w:tr>
      <w:tr w:rsidR="003C37FB" w14:paraId="587E7669" w14:textId="77777777">
        <w:tc>
          <w:tcPr>
            <w:tcW w:w="936" w:type="dxa"/>
          </w:tcPr>
          <w:p w14:paraId="004C65D3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5</w:t>
            </w:r>
          </w:p>
        </w:tc>
        <w:tc>
          <w:tcPr>
            <w:tcW w:w="3816" w:type="dxa"/>
          </w:tcPr>
          <w:p w14:paraId="0DEB12B7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Food Processing</w:t>
            </w:r>
          </w:p>
        </w:tc>
        <w:tc>
          <w:tcPr>
            <w:tcW w:w="4608" w:type="dxa"/>
          </w:tcPr>
          <w:p w14:paraId="0E39BFC4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食品加工</w:t>
            </w:r>
          </w:p>
        </w:tc>
      </w:tr>
      <w:tr w:rsidR="003C37FB" w14:paraId="39DD3213" w14:textId="77777777">
        <w:tc>
          <w:tcPr>
            <w:tcW w:w="936" w:type="dxa"/>
          </w:tcPr>
          <w:p w14:paraId="06916CA0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6</w:t>
            </w:r>
          </w:p>
        </w:tc>
        <w:tc>
          <w:tcPr>
            <w:tcW w:w="3816" w:type="dxa"/>
          </w:tcPr>
          <w:p w14:paraId="1400F0F2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Chemical Processing</w:t>
            </w:r>
          </w:p>
        </w:tc>
        <w:tc>
          <w:tcPr>
            <w:tcW w:w="4608" w:type="dxa"/>
          </w:tcPr>
          <w:p w14:paraId="03283DF2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化工</w:t>
            </w:r>
          </w:p>
        </w:tc>
      </w:tr>
      <w:tr w:rsidR="003C37FB" w14:paraId="4F1B83DB" w14:textId="77777777">
        <w:tc>
          <w:tcPr>
            <w:tcW w:w="936" w:type="dxa"/>
          </w:tcPr>
          <w:p w14:paraId="75D6CF7A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7</w:t>
            </w:r>
          </w:p>
        </w:tc>
        <w:tc>
          <w:tcPr>
            <w:tcW w:w="3816" w:type="dxa"/>
          </w:tcPr>
          <w:p w14:paraId="4CE28497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Food and Beverage</w:t>
            </w:r>
          </w:p>
        </w:tc>
        <w:tc>
          <w:tcPr>
            <w:tcW w:w="4608" w:type="dxa"/>
          </w:tcPr>
          <w:p w14:paraId="290565B4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食品饮料</w:t>
            </w:r>
          </w:p>
        </w:tc>
      </w:tr>
      <w:tr w:rsidR="003C37FB" w14:paraId="53BACB05" w14:textId="77777777">
        <w:tc>
          <w:tcPr>
            <w:tcW w:w="936" w:type="dxa"/>
          </w:tcPr>
          <w:p w14:paraId="6D9E3DC0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8</w:t>
            </w:r>
          </w:p>
        </w:tc>
        <w:tc>
          <w:tcPr>
            <w:tcW w:w="3816" w:type="dxa"/>
          </w:tcPr>
          <w:p w14:paraId="6AB3DCBE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Pharmaceuticals</w:t>
            </w:r>
          </w:p>
        </w:tc>
        <w:tc>
          <w:tcPr>
            <w:tcW w:w="4608" w:type="dxa"/>
          </w:tcPr>
          <w:p w14:paraId="112857BE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制药</w:t>
            </w:r>
          </w:p>
        </w:tc>
      </w:tr>
      <w:tr w:rsidR="003C37FB" w14:paraId="099D388B" w14:textId="77777777">
        <w:tc>
          <w:tcPr>
            <w:tcW w:w="936" w:type="dxa"/>
          </w:tcPr>
          <w:p w14:paraId="400B6518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9</w:t>
            </w:r>
          </w:p>
        </w:tc>
        <w:tc>
          <w:tcPr>
            <w:tcW w:w="3816" w:type="dxa"/>
          </w:tcPr>
          <w:p w14:paraId="1032213D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Power Generation</w:t>
            </w:r>
          </w:p>
        </w:tc>
        <w:tc>
          <w:tcPr>
            <w:tcW w:w="4608" w:type="dxa"/>
          </w:tcPr>
          <w:p w14:paraId="6E31DAA1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发电</w:t>
            </w:r>
            <w:r>
              <w:rPr>
                <w:color w:val="000000"/>
                <w:sz w:val="19"/>
              </w:rPr>
              <w:t>/</w:t>
            </w:r>
            <w:r>
              <w:rPr>
                <w:color w:val="000000"/>
                <w:sz w:val="19"/>
              </w:rPr>
              <w:t>电力</w:t>
            </w:r>
          </w:p>
        </w:tc>
      </w:tr>
    </w:tbl>
    <w:p w14:paraId="6F8EEF41" w14:textId="77777777" w:rsidR="003C37FB" w:rsidRDefault="003C37FB">
      <w:pPr>
        <w:spacing w:after="100"/>
      </w:pPr>
    </w:p>
    <w:p w14:paraId="597D8ABF" w14:textId="3FD172F5" w:rsidR="003C37FB" w:rsidRDefault="00000000">
      <w:pPr>
        <w:pStyle w:val="1"/>
      </w:pPr>
      <w:r>
        <w:t xml:space="preserve">4. </w:t>
      </w:r>
      <w:proofErr w:type="spellStart"/>
      <w:r w:rsidRPr="00F80146">
        <w:t>附件</w:t>
      </w:r>
      <w:proofErr w:type="spellEnd"/>
      <w:r w:rsidR="00F80146" w:rsidRPr="00F80146">
        <w:rPr>
          <w:rFonts w:ascii="宋体" w:eastAsia="宋体" w:hAnsi="宋体" w:hint="eastAsia"/>
          <w:lang w:eastAsia="zh-CN"/>
        </w:rPr>
        <w:t>文件夹</w:t>
      </w:r>
      <w:r w:rsidR="00F80146" w:rsidRPr="00F80146">
        <w:rPr>
          <w:rFonts w:ascii="微软雅黑" w:eastAsia="微软雅黑" w:hAnsi="微软雅黑" w:cs="微软雅黑" w:hint="eastAsia"/>
          <w:lang w:eastAsia="zh-CN"/>
        </w:rPr>
        <w:t>结</w:t>
      </w:r>
      <w:r w:rsidRPr="00F80146">
        <w:t>构</w:t>
      </w:r>
    </w:p>
    <w:p w14:paraId="40409E39" w14:textId="5B1329EB" w:rsidR="003C37FB" w:rsidRDefault="00000000">
      <w:pPr>
        <w:rPr>
          <w:lang w:eastAsia="zh-CN"/>
        </w:rPr>
      </w:pPr>
      <w:r>
        <w:rPr>
          <w:color w:val="000000"/>
          <w:lang w:eastAsia="zh-CN"/>
        </w:rPr>
        <w:t>请把</w:t>
      </w:r>
      <w:r w:rsidR="006B56AC">
        <w:rPr>
          <w:rFonts w:hint="eastAsia"/>
          <w:color w:val="000000"/>
          <w:lang w:eastAsia="zh-CN"/>
        </w:rPr>
        <w:t>所有的图片和文件</w:t>
      </w:r>
      <w:r>
        <w:rPr>
          <w:color w:val="000000"/>
          <w:lang w:eastAsia="zh-CN"/>
        </w:rPr>
        <w:t>附件放入以下固定文件夹。即使某类资料暂时没有，</w:t>
      </w:r>
      <w:r w:rsidR="006B56AC">
        <w:rPr>
          <w:rFonts w:hint="eastAsia"/>
          <w:color w:val="000000"/>
          <w:lang w:eastAsia="zh-CN"/>
        </w:rPr>
        <w:t>则不用创建</w:t>
      </w:r>
      <w:r>
        <w:rPr>
          <w:color w:val="000000"/>
          <w:lang w:eastAsia="zh-CN"/>
        </w:rPr>
        <w:t>文件夹。</w:t>
      </w:r>
    </w:p>
    <w:p w14:paraId="0A02CC93" w14:textId="77777777" w:rsidR="003C37FB" w:rsidRDefault="00000000">
      <w:pPr>
        <w:spacing w:after="20"/>
        <w:ind w:left="216"/>
        <w:rPr>
          <w:lang w:eastAsia="zh-CN"/>
        </w:rPr>
      </w:pPr>
      <w:r>
        <w:rPr>
          <w:rFonts w:ascii="Consolas" w:hAnsi="Consolas"/>
          <w:color w:val="000000"/>
          <w:sz w:val="19"/>
          <w:lang w:eastAsia="zh-CN"/>
        </w:rPr>
        <w:t>提交资料包</w:t>
      </w:r>
      <w:r>
        <w:rPr>
          <w:rFonts w:ascii="Consolas" w:hAnsi="Consolas"/>
          <w:color w:val="000000"/>
          <w:sz w:val="19"/>
          <w:lang w:eastAsia="zh-CN"/>
        </w:rPr>
        <w:t>/</w:t>
      </w:r>
    </w:p>
    <w:p w14:paraId="3D701BD8" w14:textId="77777777" w:rsidR="003C37FB" w:rsidRDefault="00000000" w:rsidP="006B56AC">
      <w:pPr>
        <w:spacing w:after="20"/>
        <w:ind w:firstLine="216"/>
      </w:pPr>
      <w:r>
        <w:rPr>
          <w:rFonts w:ascii="Consolas" w:hAnsi="Consolas"/>
          <w:color w:val="000000"/>
          <w:sz w:val="19"/>
          <w:lang w:eastAsia="zh-CN"/>
        </w:rPr>
        <w:t xml:space="preserve">    </w:t>
      </w:r>
      <w:proofErr w:type="spellStart"/>
      <w:r>
        <w:rPr>
          <w:rFonts w:ascii="Consolas" w:hAnsi="Consolas"/>
          <w:color w:val="000000"/>
          <w:sz w:val="19"/>
        </w:rPr>
        <w:t>company_certifications</w:t>
      </w:r>
      <w:proofErr w:type="spellEnd"/>
      <w:r>
        <w:rPr>
          <w:rFonts w:ascii="Consolas" w:hAnsi="Consolas"/>
          <w:color w:val="000000"/>
          <w:sz w:val="19"/>
        </w:rPr>
        <w:t>/</w:t>
      </w:r>
    </w:p>
    <w:p w14:paraId="10E905D0" w14:textId="77777777" w:rsidR="003C37FB" w:rsidRDefault="00000000" w:rsidP="006B56AC">
      <w:pPr>
        <w:spacing w:after="20"/>
        <w:ind w:left="216"/>
      </w:pPr>
      <w:r>
        <w:rPr>
          <w:rFonts w:ascii="Consolas" w:hAnsi="Consolas"/>
          <w:color w:val="000000"/>
          <w:sz w:val="19"/>
        </w:rPr>
        <w:t xml:space="preserve">    company_customers/</w:t>
      </w:r>
    </w:p>
    <w:p w14:paraId="5690B5F5" w14:textId="77777777" w:rsidR="003C37FB" w:rsidRDefault="00000000" w:rsidP="006B56AC">
      <w:pPr>
        <w:spacing w:after="20"/>
        <w:ind w:left="216"/>
      </w:pPr>
      <w:r>
        <w:rPr>
          <w:rFonts w:ascii="Consolas" w:hAnsi="Consolas"/>
          <w:color w:val="000000"/>
          <w:sz w:val="19"/>
        </w:rPr>
        <w:t xml:space="preserve">    company_docs/</w:t>
      </w:r>
    </w:p>
    <w:p w14:paraId="08A15717" w14:textId="77777777" w:rsidR="003C37FB" w:rsidRDefault="00000000" w:rsidP="006B56AC">
      <w:pPr>
        <w:spacing w:after="20"/>
        <w:ind w:left="216"/>
      </w:pPr>
      <w:r>
        <w:rPr>
          <w:rFonts w:ascii="Consolas" w:hAnsi="Consolas"/>
          <w:color w:val="000000"/>
          <w:sz w:val="19"/>
        </w:rPr>
        <w:t xml:space="preserve">    company_images/</w:t>
      </w:r>
    </w:p>
    <w:p w14:paraId="4AF0EBDF" w14:textId="77777777" w:rsidR="003C37FB" w:rsidRDefault="003C37FB"/>
    <w:tbl>
      <w:tblPr>
        <w:tblW w:w="9416" w:type="dxa"/>
        <w:tblInd w:w="120" w:type="dxa"/>
        <w:tblBorders>
          <w:top w:val="single" w:sz="4" w:space="0" w:color="B9C3D0"/>
          <w:left w:val="single" w:sz="4" w:space="0" w:color="B9C3D0"/>
          <w:bottom w:val="single" w:sz="4" w:space="0" w:color="B9C3D0"/>
          <w:right w:val="single" w:sz="4" w:space="0" w:color="B9C3D0"/>
          <w:insideH w:val="single" w:sz="4" w:space="0" w:color="B9C3D0"/>
          <w:insideV w:val="single" w:sz="4" w:space="0" w:color="B9C3D0"/>
        </w:tblBorders>
        <w:tblLayout w:type="fixed"/>
        <w:tblLook w:val="04A0" w:firstRow="1" w:lastRow="0" w:firstColumn="1" w:lastColumn="0" w:noHBand="0" w:noVBand="1"/>
      </w:tblPr>
      <w:tblGrid>
        <w:gridCol w:w="9416"/>
      </w:tblGrid>
      <w:tr w:rsidR="00F80146" w14:paraId="61B6D4BD" w14:textId="77777777" w:rsidTr="00F80146">
        <w:trPr>
          <w:tblHeader/>
        </w:trPr>
        <w:tc>
          <w:tcPr>
            <w:tcW w:w="9416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795A56D" w14:textId="77777777" w:rsidR="00F80146" w:rsidRDefault="00F80146">
            <w:pPr>
              <w:spacing w:after="0"/>
            </w:pPr>
            <w:proofErr w:type="spellStart"/>
            <w:r>
              <w:rPr>
                <w:b/>
                <w:color w:val="0B2545"/>
                <w:sz w:val="21"/>
              </w:rPr>
              <w:t>项目与填写要求</w:t>
            </w:r>
            <w:proofErr w:type="spellEnd"/>
          </w:p>
        </w:tc>
      </w:tr>
      <w:tr w:rsidR="00F80146" w14:paraId="77B09C1F" w14:textId="77777777" w:rsidTr="00F80146">
        <w:tc>
          <w:tcPr>
            <w:tcW w:w="9416" w:type="dxa"/>
          </w:tcPr>
          <w:p w14:paraId="3E0C531E" w14:textId="77777777" w:rsidR="00F80146" w:rsidRDefault="00F80146">
            <w:pPr>
              <w:spacing w:after="60"/>
            </w:pPr>
            <w:r>
              <w:rPr>
                <w:b/>
                <w:color w:val="0B2545"/>
                <w:sz w:val="20"/>
              </w:rPr>
              <w:t xml:space="preserve">company_certifications </w:t>
            </w:r>
            <w:r>
              <w:rPr>
                <w:b/>
                <w:color w:val="0B2545"/>
                <w:sz w:val="20"/>
              </w:rPr>
              <w:t>文件夹</w:t>
            </w:r>
          </w:p>
          <w:p w14:paraId="79DD746C" w14:textId="77777777" w:rsidR="00F80146" w:rsidRDefault="00F80146">
            <w:pPr>
              <w:spacing w:after="0" w:line="276" w:lineRule="auto"/>
            </w:pPr>
            <w:r>
              <w:rPr>
                <w:color w:val="555555"/>
                <w:sz w:val="17"/>
              </w:rPr>
              <w:t>放公司级证书、体系认证、生产资质等。请在右侧列出文件名、证书名称、有效期</w:t>
            </w:r>
            <w:r>
              <w:rPr>
                <w:color w:val="555555"/>
                <w:sz w:val="17"/>
              </w:rPr>
              <w:t>/</w:t>
            </w:r>
            <w:r>
              <w:rPr>
                <w:color w:val="555555"/>
                <w:sz w:val="17"/>
              </w:rPr>
              <w:t>到期日和简短说明；证书需在提交资料当天仍然有效。</w:t>
            </w:r>
          </w:p>
        </w:tc>
      </w:tr>
      <w:tr w:rsidR="00F80146" w14:paraId="5A76C3B4" w14:textId="77777777" w:rsidTr="00F80146">
        <w:tc>
          <w:tcPr>
            <w:tcW w:w="9416" w:type="dxa"/>
          </w:tcPr>
          <w:p w14:paraId="4D624566" w14:textId="77777777" w:rsidR="00F80146" w:rsidRDefault="00F80146">
            <w:pPr>
              <w:spacing w:after="60"/>
            </w:pPr>
            <w:proofErr w:type="spellStart"/>
            <w:r>
              <w:rPr>
                <w:b/>
                <w:color w:val="0B2545"/>
                <w:sz w:val="20"/>
              </w:rPr>
              <w:t>company_customers</w:t>
            </w:r>
            <w:proofErr w:type="spellEnd"/>
            <w:r>
              <w:rPr>
                <w:b/>
                <w:color w:val="0B2545"/>
                <w:sz w:val="20"/>
              </w:rPr>
              <w:t xml:space="preserve"> </w:t>
            </w:r>
            <w:proofErr w:type="spellStart"/>
            <w:r>
              <w:rPr>
                <w:b/>
                <w:color w:val="0B2545"/>
                <w:sz w:val="20"/>
              </w:rPr>
              <w:t>文件夹</w:t>
            </w:r>
            <w:proofErr w:type="spellEnd"/>
          </w:p>
          <w:p w14:paraId="4E0D48E0" w14:textId="77777777" w:rsidR="00F80146" w:rsidRDefault="00F80146">
            <w:pPr>
              <w:spacing w:after="0" w:line="276" w:lineRule="auto"/>
            </w:pPr>
            <w:r>
              <w:rPr>
                <w:color w:val="555555"/>
                <w:sz w:val="17"/>
              </w:rPr>
              <w:t>放真实合作客户</w:t>
            </w:r>
            <w:r>
              <w:rPr>
                <w:color w:val="555555"/>
                <w:sz w:val="17"/>
              </w:rPr>
              <w:t xml:space="preserve"> logo</w:t>
            </w:r>
            <w:r>
              <w:rPr>
                <w:color w:val="555555"/>
                <w:sz w:val="17"/>
              </w:rPr>
              <w:t>。请在右侧列出客户名称和文件名；不要提交未经确认的客户。</w:t>
            </w:r>
          </w:p>
        </w:tc>
      </w:tr>
      <w:tr w:rsidR="00F80146" w14:paraId="55568D17" w14:textId="77777777" w:rsidTr="00F80146">
        <w:tc>
          <w:tcPr>
            <w:tcW w:w="9416" w:type="dxa"/>
          </w:tcPr>
          <w:p w14:paraId="193EA510" w14:textId="77777777" w:rsidR="00F80146" w:rsidRDefault="00F80146">
            <w:pPr>
              <w:spacing w:after="60"/>
            </w:pPr>
            <w:proofErr w:type="spellStart"/>
            <w:r>
              <w:rPr>
                <w:b/>
                <w:color w:val="0B2545"/>
                <w:sz w:val="20"/>
              </w:rPr>
              <w:t>company_docs</w:t>
            </w:r>
            <w:proofErr w:type="spellEnd"/>
            <w:r>
              <w:rPr>
                <w:b/>
                <w:color w:val="0B2545"/>
                <w:sz w:val="20"/>
              </w:rPr>
              <w:t xml:space="preserve"> </w:t>
            </w:r>
            <w:proofErr w:type="spellStart"/>
            <w:r>
              <w:rPr>
                <w:b/>
                <w:color w:val="0B2545"/>
                <w:sz w:val="20"/>
              </w:rPr>
              <w:t>文件夹</w:t>
            </w:r>
            <w:proofErr w:type="spellEnd"/>
          </w:p>
          <w:p w14:paraId="134F1408" w14:textId="77777777" w:rsidR="00F80146" w:rsidRDefault="00F80146">
            <w:pPr>
              <w:spacing w:after="0" w:line="276" w:lineRule="auto"/>
            </w:pPr>
            <w:r>
              <w:rPr>
                <w:color w:val="555555"/>
                <w:sz w:val="17"/>
              </w:rPr>
              <w:t>放公司简介、企业画册、公司级白皮书等。只接受</w:t>
            </w:r>
            <w:r>
              <w:rPr>
                <w:color w:val="555555"/>
                <w:sz w:val="17"/>
              </w:rPr>
              <w:t xml:space="preserve"> pdf</w:t>
            </w:r>
            <w:r>
              <w:rPr>
                <w:color w:val="555555"/>
                <w:sz w:val="17"/>
              </w:rPr>
              <w:t>、</w:t>
            </w:r>
            <w:r>
              <w:rPr>
                <w:color w:val="555555"/>
                <w:sz w:val="17"/>
              </w:rPr>
              <w:t>doc</w:t>
            </w:r>
            <w:r>
              <w:rPr>
                <w:color w:val="555555"/>
                <w:sz w:val="17"/>
              </w:rPr>
              <w:t>、</w:t>
            </w:r>
            <w:r>
              <w:rPr>
                <w:color w:val="555555"/>
                <w:sz w:val="17"/>
              </w:rPr>
              <w:t>docx</w:t>
            </w:r>
            <w:r>
              <w:rPr>
                <w:color w:val="555555"/>
                <w:sz w:val="17"/>
              </w:rPr>
              <w:t>，单文件小于</w:t>
            </w:r>
            <w:r>
              <w:rPr>
                <w:color w:val="555555"/>
                <w:sz w:val="17"/>
              </w:rPr>
              <w:t xml:space="preserve"> 50MB</w:t>
            </w:r>
            <w:r>
              <w:rPr>
                <w:color w:val="555555"/>
                <w:sz w:val="17"/>
              </w:rPr>
              <w:t>。</w:t>
            </w:r>
          </w:p>
        </w:tc>
      </w:tr>
      <w:tr w:rsidR="00F80146" w14:paraId="1BC88225" w14:textId="77777777" w:rsidTr="00F80146">
        <w:tc>
          <w:tcPr>
            <w:tcW w:w="9416" w:type="dxa"/>
          </w:tcPr>
          <w:p w14:paraId="746F917B" w14:textId="77777777" w:rsidR="00F80146" w:rsidRDefault="00F80146">
            <w:pPr>
              <w:spacing w:after="60"/>
              <w:rPr>
                <w:lang w:eastAsia="zh-CN"/>
              </w:rPr>
            </w:pPr>
            <w:proofErr w:type="spellStart"/>
            <w:r>
              <w:rPr>
                <w:b/>
                <w:color w:val="0B2545"/>
                <w:sz w:val="20"/>
                <w:lang w:eastAsia="zh-CN"/>
              </w:rPr>
              <w:lastRenderedPageBreak/>
              <w:t>company_images</w:t>
            </w:r>
            <w:proofErr w:type="spellEnd"/>
            <w:r>
              <w:rPr>
                <w:b/>
                <w:color w:val="0B2545"/>
                <w:sz w:val="20"/>
                <w:lang w:eastAsia="zh-CN"/>
              </w:rPr>
              <w:t xml:space="preserve"> </w:t>
            </w:r>
            <w:r>
              <w:rPr>
                <w:b/>
                <w:color w:val="0B2545"/>
                <w:sz w:val="20"/>
                <w:lang w:eastAsia="zh-CN"/>
              </w:rPr>
              <w:t>文件夹</w:t>
            </w:r>
          </w:p>
          <w:p w14:paraId="772D0BA0" w14:textId="77777777" w:rsidR="00F80146" w:rsidRDefault="00F80146">
            <w:pPr>
              <w:spacing w:after="0" w:line="276" w:lineRule="auto"/>
              <w:rPr>
                <w:lang w:eastAsia="zh-CN"/>
              </w:rPr>
            </w:pPr>
            <w:proofErr w:type="gramStart"/>
            <w:r>
              <w:rPr>
                <w:color w:val="555555"/>
                <w:sz w:val="17"/>
                <w:lang w:eastAsia="zh-CN"/>
              </w:rPr>
              <w:t>放工厂</w:t>
            </w:r>
            <w:proofErr w:type="gramEnd"/>
            <w:r>
              <w:rPr>
                <w:color w:val="555555"/>
                <w:sz w:val="17"/>
                <w:lang w:eastAsia="zh-CN"/>
              </w:rPr>
              <w:t>外观、车间、设备、检测、团队等公司展示图。图片需真实、清晰、可公开展示。</w:t>
            </w:r>
          </w:p>
        </w:tc>
      </w:tr>
    </w:tbl>
    <w:p w14:paraId="763580DB" w14:textId="77777777" w:rsidR="003C37FB" w:rsidRDefault="003C37FB">
      <w:pPr>
        <w:spacing w:after="140"/>
        <w:rPr>
          <w:lang w:eastAsia="zh-CN"/>
        </w:rPr>
      </w:pPr>
    </w:p>
    <w:tbl>
      <w:tblPr>
        <w:tblW w:w="9360" w:type="dxa"/>
        <w:tblInd w:w="120" w:type="dxa"/>
        <w:tblBorders>
          <w:top w:val="single" w:sz="4" w:space="0" w:color="D0D7E2"/>
          <w:left w:val="single" w:sz="4" w:space="0" w:color="D0D7E2"/>
          <w:bottom w:val="single" w:sz="4" w:space="0" w:color="D0D7E2"/>
          <w:right w:val="single" w:sz="4" w:space="0" w:color="D0D7E2"/>
          <w:insideH w:val="single" w:sz="4" w:space="0" w:color="D0D7E2"/>
          <w:insideV w:val="single" w:sz="4" w:space="0" w:color="D0D7E2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3C37FB" w14:paraId="76FA65C1" w14:textId="77777777">
        <w:trPr>
          <w:tblHeader/>
        </w:trPr>
        <w:tc>
          <w:tcPr>
            <w:tcW w:w="9360" w:type="dxa"/>
            <w:shd w:val="clear" w:color="auto" w:fill="F4F6F9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D9D5355" w14:textId="77777777" w:rsidR="003C37FB" w:rsidRDefault="00000000">
            <w:pPr>
              <w:spacing w:after="60"/>
            </w:pPr>
            <w:proofErr w:type="spellStart"/>
            <w:r>
              <w:rPr>
                <w:b/>
                <w:color w:val="0B2545"/>
                <w:sz w:val="21"/>
              </w:rPr>
              <w:t>文件命名要求</w:t>
            </w:r>
            <w:proofErr w:type="spellEnd"/>
          </w:p>
          <w:p w14:paraId="1792D4CC" w14:textId="77777777" w:rsidR="003C37FB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建议文件名使用小写英文字母、数字和下划线，例如</w:t>
            </w:r>
            <w:r>
              <w:rPr>
                <w:color w:val="000000"/>
                <w:sz w:val="19"/>
              </w:rPr>
              <w:t xml:space="preserve"> iso_9001_certificate.jpg</w:t>
            </w:r>
            <w:r>
              <w:rPr>
                <w:color w:val="000000"/>
                <w:sz w:val="19"/>
              </w:rPr>
              <w:t>、</w:t>
            </w:r>
            <w:r>
              <w:rPr>
                <w:color w:val="000000"/>
                <w:sz w:val="19"/>
              </w:rPr>
              <w:t>factory_exterior.jpg</w:t>
            </w:r>
            <w:r>
              <w:rPr>
                <w:color w:val="000000"/>
                <w:sz w:val="19"/>
              </w:rPr>
              <w:t>。请不要使用中文、空格或特殊符号。文件名必须与实际提交文件完全一致。</w:t>
            </w:r>
          </w:p>
        </w:tc>
      </w:tr>
    </w:tbl>
    <w:p w14:paraId="7F1EA089" w14:textId="77777777" w:rsidR="003C37FB" w:rsidRDefault="003C37FB">
      <w:pPr>
        <w:spacing w:after="140"/>
      </w:pPr>
    </w:p>
    <w:p w14:paraId="550198AF" w14:textId="77777777" w:rsidR="003C37FB" w:rsidRDefault="00000000">
      <w:pPr>
        <w:pStyle w:val="1"/>
      </w:pPr>
      <w:r>
        <w:t xml:space="preserve">5. </w:t>
      </w:r>
      <w:r>
        <w:t>公司附件清单</w:t>
      </w:r>
    </w:p>
    <w:tbl>
      <w:tblPr>
        <w:tblW w:w="9274" w:type="dxa"/>
        <w:tblInd w:w="120" w:type="dxa"/>
        <w:tblBorders>
          <w:top w:val="single" w:sz="4" w:space="0" w:color="B9C3D0"/>
          <w:left w:val="single" w:sz="4" w:space="0" w:color="B9C3D0"/>
          <w:bottom w:val="single" w:sz="4" w:space="0" w:color="B9C3D0"/>
          <w:right w:val="single" w:sz="4" w:space="0" w:color="B9C3D0"/>
          <w:insideH w:val="single" w:sz="4" w:space="0" w:color="B9C3D0"/>
          <w:insideV w:val="single" w:sz="4" w:space="0" w:color="B9C3D0"/>
        </w:tblBorders>
        <w:tblLayout w:type="fixed"/>
        <w:tblLook w:val="04A0" w:firstRow="1" w:lastRow="0" w:firstColumn="1" w:lastColumn="0" w:noHBand="0" w:noVBand="1"/>
      </w:tblPr>
      <w:tblGrid>
        <w:gridCol w:w="9274"/>
      </w:tblGrid>
      <w:tr w:rsidR="00F80146" w14:paraId="36218BFE" w14:textId="77777777" w:rsidTr="00F80146">
        <w:trPr>
          <w:tblHeader/>
        </w:trPr>
        <w:tc>
          <w:tcPr>
            <w:tcW w:w="9274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94B6796" w14:textId="77777777" w:rsidR="00F80146" w:rsidRDefault="00F80146">
            <w:pPr>
              <w:spacing w:after="0"/>
            </w:pPr>
            <w:proofErr w:type="spellStart"/>
            <w:r>
              <w:rPr>
                <w:b/>
                <w:color w:val="0B2545"/>
                <w:sz w:val="21"/>
              </w:rPr>
              <w:t>项目与填写要求</w:t>
            </w:r>
            <w:proofErr w:type="spellEnd"/>
          </w:p>
        </w:tc>
      </w:tr>
      <w:tr w:rsidR="00F80146" w14:paraId="30811E6C" w14:textId="77777777" w:rsidTr="00F80146">
        <w:tc>
          <w:tcPr>
            <w:tcW w:w="9274" w:type="dxa"/>
          </w:tcPr>
          <w:p w14:paraId="400450E9" w14:textId="77777777" w:rsidR="00F80146" w:rsidRDefault="00F801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公司证书清单</w:t>
            </w:r>
          </w:p>
          <w:p w14:paraId="00A0D8FC" w14:textId="77777777" w:rsidR="00F80146" w:rsidRDefault="00F801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每行建议包含：证书名称、文件名、颁发机构、有效期</w:t>
            </w:r>
            <w:r>
              <w:rPr>
                <w:color w:val="555555"/>
                <w:sz w:val="17"/>
                <w:lang w:eastAsia="zh-CN"/>
              </w:rPr>
              <w:t>/</w:t>
            </w:r>
            <w:r>
              <w:rPr>
                <w:color w:val="555555"/>
                <w:sz w:val="17"/>
                <w:lang w:eastAsia="zh-CN"/>
              </w:rPr>
              <w:t>到期日、说明。证书需在提交资料当天仍然有效。</w:t>
            </w:r>
          </w:p>
        </w:tc>
      </w:tr>
      <w:tr w:rsidR="00F80146" w14:paraId="2D516342" w14:textId="77777777" w:rsidTr="00F80146">
        <w:tc>
          <w:tcPr>
            <w:tcW w:w="9274" w:type="dxa"/>
          </w:tcPr>
          <w:p w14:paraId="6478DF09" w14:textId="77777777" w:rsidR="00F80146" w:rsidRDefault="00F801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客户</w:t>
            </w:r>
            <w:r>
              <w:rPr>
                <w:b/>
                <w:color w:val="0B2545"/>
                <w:sz w:val="20"/>
                <w:lang w:eastAsia="zh-CN"/>
              </w:rPr>
              <w:t xml:space="preserve"> logo </w:t>
            </w:r>
            <w:r>
              <w:rPr>
                <w:b/>
                <w:color w:val="0B2545"/>
                <w:sz w:val="20"/>
                <w:lang w:eastAsia="zh-CN"/>
              </w:rPr>
              <w:t>清单</w:t>
            </w:r>
          </w:p>
          <w:p w14:paraId="0C115941" w14:textId="77777777" w:rsidR="00F80146" w:rsidRDefault="00F801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每行建议包含：客户名称、文件名、是否可公开展示。</w:t>
            </w:r>
          </w:p>
        </w:tc>
      </w:tr>
      <w:tr w:rsidR="00F80146" w14:paraId="47E9B74A" w14:textId="77777777" w:rsidTr="00F80146">
        <w:tc>
          <w:tcPr>
            <w:tcW w:w="9274" w:type="dxa"/>
          </w:tcPr>
          <w:p w14:paraId="2659A89B" w14:textId="77777777" w:rsidR="00F80146" w:rsidRDefault="00F801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公司文档清单</w:t>
            </w:r>
          </w:p>
          <w:p w14:paraId="58A5FCAD" w14:textId="77777777" w:rsidR="00F80146" w:rsidRDefault="00F801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每行建议包含：文档标题、文件名、语言、文件类型。只接受</w:t>
            </w:r>
            <w:r>
              <w:rPr>
                <w:color w:val="555555"/>
                <w:sz w:val="17"/>
                <w:lang w:eastAsia="zh-CN"/>
              </w:rPr>
              <w:t xml:space="preserve"> pdf</w:t>
            </w:r>
            <w:r>
              <w:rPr>
                <w:color w:val="555555"/>
                <w:sz w:val="17"/>
                <w:lang w:eastAsia="zh-CN"/>
              </w:rPr>
              <w:t>、</w:t>
            </w:r>
            <w:r>
              <w:rPr>
                <w:color w:val="555555"/>
                <w:sz w:val="17"/>
                <w:lang w:eastAsia="zh-CN"/>
              </w:rPr>
              <w:t>doc</w:t>
            </w:r>
            <w:r>
              <w:rPr>
                <w:color w:val="555555"/>
                <w:sz w:val="17"/>
                <w:lang w:eastAsia="zh-CN"/>
              </w:rPr>
              <w:t>、</w:t>
            </w:r>
            <w:r>
              <w:rPr>
                <w:color w:val="555555"/>
                <w:sz w:val="17"/>
                <w:lang w:eastAsia="zh-CN"/>
              </w:rPr>
              <w:t>docx</w:t>
            </w:r>
            <w:r>
              <w:rPr>
                <w:color w:val="555555"/>
                <w:sz w:val="17"/>
                <w:lang w:eastAsia="zh-CN"/>
              </w:rPr>
              <w:t>。</w:t>
            </w:r>
          </w:p>
        </w:tc>
      </w:tr>
      <w:tr w:rsidR="00F80146" w14:paraId="7C656EF3" w14:textId="77777777" w:rsidTr="00F80146">
        <w:tc>
          <w:tcPr>
            <w:tcW w:w="9274" w:type="dxa"/>
          </w:tcPr>
          <w:p w14:paraId="6C295A30" w14:textId="77777777" w:rsidR="00F80146" w:rsidRDefault="00F801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公司图片清单</w:t>
            </w:r>
          </w:p>
          <w:p w14:paraId="0975C825" w14:textId="77777777" w:rsidR="00F80146" w:rsidRDefault="00F801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每行建议包含：图片主题、文件名、展示说明。</w:t>
            </w:r>
          </w:p>
        </w:tc>
      </w:tr>
    </w:tbl>
    <w:p w14:paraId="5A5E48A7" w14:textId="77777777" w:rsidR="003C37FB" w:rsidRDefault="003C37FB">
      <w:pPr>
        <w:spacing w:after="140"/>
        <w:rPr>
          <w:lang w:eastAsia="zh-CN"/>
        </w:rPr>
      </w:pPr>
    </w:p>
    <w:p w14:paraId="6E16098E" w14:textId="77777777" w:rsidR="003C37FB" w:rsidRDefault="00000000">
      <w:pPr>
        <w:pStyle w:val="1"/>
      </w:pPr>
      <w:r>
        <w:t xml:space="preserve">6. </w:t>
      </w:r>
      <w:r>
        <w:t>提交前确认</w:t>
      </w:r>
    </w:p>
    <w:tbl>
      <w:tblPr>
        <w:tblW w:w="9416" w:type="dxa"/>
        <w:tblInd w:w="120" w:type="dxa"/>
        <w:tblBorders>
          <w:top w:val="single" w:sz="4" w:space="0" w:color="B9C3D0"/>
          <w:left w:val="single" w:sz="4" w:space="0" w:color="B9C3D0"/>
          <w:bottom w:val="single" w:sz="4" w:space="0" w:color="B9C3D0"/>
          <w:right w:val="single" w:sz="4" w:space="0" w:color="B9C3D0"/>
          <w:insideH w:val="single" w:sz="4" w:space="0" w:color="B9C3D0"/>
          <w:insideV w:val="single" w:sz="4" w:space="0" w:color="B9C3D0"/>
        </w:tblBorders>
        <w:tblLayout w:type="fixed"/>
        <w:tblLook w:val="04A0" w:firstRow="1" w:lastRow="0" w:firstColumn="1" w:lastColumn="0" w:noHBand="0" w:noVBand="1"/>
      </w:tblPr>
      <w:tblGrid>
        <w:gridCol w:w="9416"/>
      </w:tblGrid>
      <w:tr w:rsidR="00F80146" w14:paraId="7C9358F9" w14:textId="77777777" w:rsidTr="00F80146">
        <w:trPr>
          <w:tblHeader/>
        </w:trPr>
        <w:tc>
          <w:tcPr>
            <w:tcW w:w="9416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E797316" w14:textId="77777777" w:rsidR="00F80146" w:rsidRDefault="00F80146">
            <w:pPr>
              <w:spacing w:after="0"/>
            </w:pPr>
            <w:proofErr w:type="spellStart"/>
            <w:r>
              <w:rPr>
                <w:b/>
                <w:color w:val="0B2545"/>
                <w:sz w:val="21"/>
              </w:rPr>
              <w:t>项目与填写要求</w:t>
            </w:r>
            <w:proofErr w:type="spellEnd"/>
          </w:p>
        </w:tc>
      </w:tr>
      <w:tr w:rsidR="00F80146" w14:paraId="51197D4A" w14:textId="77777777" w:rsidTr="00F80146">
        <w:tc>
          <w:tcPr>
            <w:tcW w:w="9416" w:type="dxa"/>
          </w:tcPr>
          <w:p w14:paraId="3BC95626" w14:textId="77777777" w:rsidR="00F80146" w:rsidRDefault="00F801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资料真实性确认</w:t>
            </w:r>
          </w:p>
          <w:p w14:paraId="35FAB5DD" w14:textId="77777777" w:rsidR="00F80146" w:rsidRDefault="00F801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确认所有公司信息、证书、客户</w:t>
            </w:r>
            <w:r>
              <w:rPr>
                <w:color w:val="555555"/>
                <w:sz w:val="17"/>
                <w:lang w:eastAsia="zh-CN"/>
              </w:rPr>
              <w:t xml:space="preserve"> logo</w:t>
            </w:r>
            <w:r>
              <w:rPr>
                <w:color w:val="555555"/>
                <w:sz w:val="17"/>
                <w:lang w:eastAsia="zh-CN"/>
              </w:rPr>
              <w:t>、图片和文档</w:t>
            </w:r>
            <w:proofErr w:type="gramStart"/>
            <w:r>
              <w:rPr>
                <w:color w:val="555555"/>
                <w:sz w:val="17"/>
                <w:lang w:eastAsia="zh-CN"/>
              </w:rPr>
              <w:t>均真实</w:t>
            </w:r>
            <w:proofErr w:type="gramEnd"/>
            <w:r>
              <w:rPr>
                <w:color w:val="555555"/>
                <w:sz w:val="17"/>
                <w:lang w:eastAsia="zh-CN"/>
              </w:rPr>
              <w:t>且可公开使用。</w:t>
            </w:r>
          </w:p>
        </w:tc>
      </w:tr>
      <w:tr w:rsidR="00F80146" w14:paraId="09C5F0CA" w14:textId="77777777" w:rsidTr="00F80146">
        <w:tc>
          <w:tcPr>
            <w:tcW w:w="9416" w:type="dxa"/>
          </w:tcPr>
          <w:p w14:paraId="59E85E5E" w14:textId="77777777" w:rsidR="00F80146" w:rsidRDefault="00F801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证书有效期确认</w:t>
            </w:r>
          </w:p>
          <w:p w14:paraId="427917DC" w14:textId="77777777" w:rsidR="00F80146" w:rsidRDefault="00F801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lastRenderedPageBreak/>
              <w:t>确认所有公司级证书在提交资料当天仍然有效。</w:t>
            </w:r>
          </w:p>
        </w:tc>
      </w:tr>
      <w:tr w:rsidR="00F80146" w14:paraId="2EDB47B5" w14:textId="77777777" w:rsidTr="00F80146">
        <w:tc>
          <w:tcPr>
            <w:tcW w:w="9416" w:type="dxa"/>
          </w:tcPr>
          <w:p w14:paraId="2FCA28DA" w14:textId="77777777" w:rsidR="00F80146" w:rsidRDefault="00F801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lastRenderedPageBreak/>
              <w:t>文档格式确认</w:t>
            </w:r>
          </w:p>
          <w:p w14:paraId="798DF1D5" w14:textId="77777777" w:rsidR="00F80146" w:rsidRDefault="00F801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确认公司文档只包含</w:t>
            </w:r>
            <w:r>
              <w:rPr>
                <w:color w:val="555555"/>
                <w:sz w:val="17"/>
                <w:lang w:eastAsia="zh-CN"/>
              </w:rPr>
              <w:t xml:space="preserve"> pdf</w:t>
            </w:r>
            <w:r>
              <w:rPr>
                <w:color w:val="555555"/>
                <w:sz w:val="17"/>
                <w:lang w:eastAsia="zh-CN"/>
              </w:rPr>
              <w:t>、</w:t>
            </w:r>
            <w:r>
              <w:rPr>
                <w:color w:val="555555"/>
                <w:sz w:val="17"/>
                <w:lang w:eastAsia="zh-CN"/>
              </w:rPr>
              <w:t>doc</w:t>
            </w:r>
            <w:r>
              <w:rPr>
                <w:color w:val="555555"/>
                <w:sz w:val="17"/>
                <w:lang w:eastAsia="zh-CN"/>
              </w:rPr>
              <w:t>、</w:t>
            </w:r>
            <w:r>
              <w:rPr>
                <w:color w:val="555555"/>
                <w:sz w:val="17"/>
                <w:lang w:eastAsia="zh-CN"/>
              </w:rPr>
              <w:t>docx</w:t>
            </w:r>
            <w:r>
              <w:rPr>
                <w:color w:val="555555"/>
                <w:sz w:val="17"/>
                <w:lang w:eastAsia="zh-CN"/>
              </w:rPr>
              <w:t>，</w:t>
            </w:r>
            <w:proofErr w:type="gramStart"/>
            <w:r>
              <w:rPr>
                <w:color w:val="555555"/>
                <w:sz w:val="17"/>
                <w:lang w:eastAsia="zh-CN"/>
              </w:rPr>
              <w:t>且单文件</w:t>
            </w:r>
            <w:proofErr w:type="gramEnd"/>
            <w:r>
              <w:rPr>
                <w:color w:val="555555"/>
                <w:sz w:val="17"/>
                <w:lang w:eastAsia="zh-CN"/>
              </w:rPr>
              <w:t>小于</w:t>
            </w:r>
            <w:r>
              <w:rPr>
                <w:color w:val="555555"/>
                <w:sz w:val="17"/>
                <w:lang w:eastAsia="zh-CN"/>
              </w:rPr>
              <w:t xml:space="preserve"> 50MB</w:t>
            </w:r>
            <w:r>
              <w:rPr>
                <w:color w:val="555555"/>
                <w:sz w:val="17"/>
                <w:lang w:eastAsia="zh-CN"/>
              </w:rPr>
              <w:t>。</w:t>
            </w:r>
          </w:p>
        </w:tc>
      </w:tr>
      <w:tr w:rsidR="00F80146" w14:paraId="672AFD6C" w14:textId="77777777" w:rsidTr="00F80146">
        <w:tc>
          <w:tcPr>
            <w:tcW w:w="9416" w:type="dxa"/>
          </w:tcPr>
          <w:p w14:paraId="2D5AAB0B" w14:textId="77777777" w:rsidR="00F80146" w:rsidRDefault="00F801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空白项确认</w:t>
            </w:r>
          </w:p>
          <w:p w14:paraId="0A6098FF" w14:textId="77777777" w:rsidR="00F80146" w:rsidRDefault="00F801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确认无法核实的信息已留空，没有用猜测内容填充。</w:t>
            </w:r>
          </w:p>
        </w:tc>
      </w:tr>
    </w:tbl>
    <w:p w14:paraId="774915F6" w14:textId="77777777" w:rsidR="003C37FB" w:rsidRDefault="003C37FB">
      <w:pPr>
        <w:spacing w:after="140"/>
        <w:rPr>
          <w:lang w:eastAsia="zh-CN"/>
        </w:rPr>
      </w:pPr>
    </w:p>
    <w:sectPr w:rsidR="003C37FB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9AD9D" w14:textId="77777777" w:rsidR="00840F5F" w:rsidRDefault="00840F5F">
      <w:pPr>
        <w:spacing w:after="0" w:line="240" w:lineRule="auto"/>
      </w:pPr>
      <w:r>
        <w:separator/>
      </w:r>
    </w:p>
  </w:endnote>
  <w:endnote w:type="continuationSeparator" w:id="0">
    <w:p w14:paraId="6EB2C930" w14:textId="77777777" w:rsidR="00840F5F" w:rsidRDefault="00840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415D0" w14:textId="77777777" w:rsidR="00F80146" w:rsidRDefault="00F80146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9D159" w14:textId="20928034" w:rsidR="003C37FB" w:rsidRDefault="00000000">
    <w:pPr>
      <w:pStyle w:val="a7"/>
      <w:jc w:val="right"/>
      <w:rPr>
        <w:rFonts w:hint="eastAsia"/>
        <w:lang w:eastAsia="zh-CN"/>
      </w:rPr>
    </w:pPr>
    <w:proofErr w:type="spellStart"/>
    <w:r>
      <w:rPr>
        <w:color w:val="555555"/>
        <w:sz w:val="17"/>
      </w:rPr>
      <w:t>HeatEx</w:t>
    </w:r>
    <w:proofErr w:type="spellEnd"/>
    <w:r>
      <w:rPr>
        <w:color w:val="555555"/>
        <w:sz w:val="17"/>
      </w:rPr>
      <w:t xml:space="preserve"> Direct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10E426" w14:textId="77777777" w:rsidR="00F80146" w:rsidRDefault="00F8014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9A715D" w14:textId="77777777" w:rsidR="00840F5F" w:rsidRDefault="00840F5F">
      <w:pPr>
        <w:spacing w:after="0" w:line="240" w:lineRule="auto"/>
      </w:pPr>
      <w:r>
        <w:separator/>
      </w:r>
    </w:p>
  </w:footnote>
  <w:footnote w:type="continuationSeparator" w:id="0">
    <w:p w14:paraId="31FD606A" w14:textId="77777777" w:rsidR="00840F5F" w:rsidRDefault="00840F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3AA76" w14:textId="77777777" w:rsidR="00F80146" w:rsidRDefault="00F8014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7266F" w14:textId="77777777" w:rsidR="003C37FB" w:rsidRDefault="00000000">
    <w:pPr>
      <w:pStyle w:val="a5"/>
    </w:pPr>
    <w:r>
      <w:rPr>
        <w:b/>
        <w:color w:val="555555"/>
        <w:sz w:val="18"/>
      </w:rPr>
      <w:t>Company Update Template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9D792" w14:textId="77777777" w:rsidR="00F80146" w:rsidRDefault="00F8014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92813359">
    <w:abstractNumId w:val="8"/>
  </w:num>
  <w:num w:numId="2" w16cid:durableId="193927571">
    <w:abstractNumId w:val="6"/>
  </w:num>
  <w:num w:numId="3" w16cid:durableId="52897498">
    <w:abstractNumId w:val="5"/>
  </w:num>
  <w:num w:numId="4" w16cid:durableId="1692872411">
    <w:abstractNumId w:val="4"/>
  </w:num>
  <w:num w:numId="5" w16cid:durableId="717360040">
    <w:abstractNumId w:val="7"/>
  </w:num>
  <w:num w:numId="6" w16cid:durableId="1629555713">
    <w:abstractNumId w:val="3"/>
  </w:num>
  <w:num w:numId="7" w16cid:durableId="1190532681">
    <w:abstractNumId w:val="2"/>
  </w:num>
  <w:num w:numId="8" w16cid:durableId="1588925350">
    <w:abstractNumId w:val="1"/>
  </w:num>
  <w:num w:numId="9" w16cid:durableId="1203514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C37FB"/>
    <w:rsid w:val="00474E98"/>
    <w:rsid w:val="00486085"/>
    <w:rsid w:val="006B56AC"/>
    <w:rsid w:val="00840F5F"/>
    <w:rsid w:val="00AA1D8D"/>
    <w:rsid w:val="00B47730"/>
    <w:rsid w:val="00BB0D7F"/>
    <w:rsid w:val="00CB0664"/>
    <w:rsid w:val="00F8014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6925C7"/>
  <w14:defaultImageDpi w14:val="300"/>
  <w15:docId w15:val="{9BF65D70-1148-4048-959E-4B8495BA4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pPr>
      <w:spacing w:after="120" w:line="300" w:lineRule="auto"/>
    </w:pPr>
    <w:rPr>
      <w:rFonts w:ascii="Calibri" w:eastAsia="微软雅黑" w:hAnsi="Calibri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360" w:after="200"/>
      <w:outlineLvl w:val="0"/>
    </w:pPr>
    <w:rPr>
      <w:rFonts w:asciiTheme="majorHAnsi" w:eastAsiaTheme="majorEastAsia" w:hAnsiTheme="majorHAnsi" w:cstheme="majorBidi"/>
      <w:b/>
      <w:bCs/>
      <w:color w:val="2E74B5"/>
      <w:sz w:val="32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80" w:after="140"/>
      <w:outlineLvl w:val="1"/>
    </w:pPr>
    <w:rPr>
      <w:rFonts w:asciiTheme="majorHAnsi" w:eastAsiaTheme="majorEastAsia" w:hAnsiTheme="majorHAnsi" w:cstheme="majorBidi"/>
      <w:b/>
      <w:bCs/>
      <w:color w:val="2E74B5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100"/>
      <w:outlineLvl w:val="2"/>
    </w:pPr>
    <w:rPr>
      <w:rFonts w:asciiTheme="majorHAnsi" w:eastAsiaTheme="majorEastAsia" w:hAnsiTheme="majorHAnsi" w:cstheme="majorBidi"/>
      <w:b/>
      <w:bCs/>
      <w:color w:val="1F4D78"/>
      <w:sz w:val="24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926</Words>
  <Characters>1149</Characters>
  <Application>Microsoft Office Word</Application>
  <DocSecurity>0</DocSecurity>
  <Lines>164</Lines>
  <Paragraphs>138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田洋 蒋</cp:lastModifiedBy>
  <cp:revision>5</cp:revision>
  <dcterms:created xsi:type="dcterms:W3CDTF">2013-12-23T23:15:00Z</dcterms:created>
  <dcterms:modified xsi:type="dcterms:W3CDTF">2026-05-17T15:23:00Z</dcterms:modified>
  <cp:category/>
</cp:coreProperties>
</file>